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41"/>
        <w:gridCol w:w="5141"/>
      </w:tblGrid>
      <w:tr w:rsidR="00F765B7" w:rsidRPr="00997D11" w14:paraId="0D62F168" w14:textId="77777777">
        <w:trPr>
          <w:jc w:val="center"/>
        </w:trPr>
        <w:tc>
          <w:tcPr>
            <w:tcW w:w="5141" w:type="dxa"/>
            <w:shd w:val="clear" w:color="auto" w:fill="002D72"/>
            <w:tcMar>
              <w:top w:w="95" w:type="dxa"/>
              <w:left w:w="150" w:type="dxa"/>
              <w:bottom w:w="95" w:type="dxa"/>
              <w:right w:w="150" w:type="dxa"/>
            </w:tcMar>
            <w:vAlign w:val="center"/>
          </w:tcPr>
          <w:p w14:paraId="5B12813A"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b/>
                <w:color w:val="FFFFFF"/>
                <w:sz w:val="24"/>
                <w:szCs w:val="24"/>
              </w:rPr>
              <w:t>DEPAUL UNIVERSITY</w:t>
            </w:r>
          </w:p>
        </w:tc>
        <w:tc>
          <w:tcPr>
            <w:tcW w:w="5141" w:type="dxa"/>
            <w:shd w:val="clear" w:color="auto" w:fill="002D72"/>
            <w:tcMar>
              <w:top w:w="95" w:type="dxa"/>
              <w:left w:w="150" w:type="dxa"/>
              <w:bottom w:w="95" w:type="dxa"/>
              <w:right w:w="150" w:type="dxa"/>
            </w:tcMar>
            <w:vAlign w:val="center"/>
          </w:tcPr>
          <w:p w14:paraId="6FF46210" w14:textId="77777777" w:rsidR="00F765B7" w:rsidRPr="00997D11" w:rsidRDefault="00000000">
            <w:pPr>
              <w:spacing w:after="0"/>
              <w:jc w:val="right"/>
              <w:rPr>
                <w:rFonts w:asciiTheme="majorBidi" w:hAnsiTheme="majorBidi" w:cstheme="majorBidi"/>
                <w:sz w:val="24"/>
                <w:szCs w:val="24"/>
              </w:rPr>
            </w:pPr>
            <w:r w:rsidRPr="00997D11">
              <w:rPr>
                <w:rFonts w:asciiTheme="majorBidi" w:hAnsiTheme="majorBidi" w:cstheme="majorBidi"/>
                <w:b/>
                <w:color w:val="FFFFFF"/>
                <w:sz w:val="24"/>
                <w:szCs w:val="24"/>
              </w:rPr>
              <w:t>COLLEGE OF EDUCATION</w:t>
            </w:r>
            <w:r w:rsidRPr="00997D11">
              <w:rPr>
                <w:rFonts w:asciiTheme="majorBidi" w:hAnsiTheme="majorBidi" w:cstheme="majorBidi"/>
                <w:b/>
                <w:color w:val="FFFFFF"/>
                <w:sz w:val="24"/>
                <w:szCs w:val="24"/>
              </w:rPr>
              <w:br/>
            </w:r>
            <w:r w:rsidRPr="00997D11">
              <w:rPr>
                <w:rFonts w:asciiTheme="majorBidi" w:hAnsiTheme="majorBidi" w:cstheme="majorBidi"/>
                <w:color w:val="FFFFFF"/>
                <w:sz w:val="24"/>
                <w:szCs w:val="24"/>
              </w:rPr>
              <w:t>Office of Innovative Professional Learning</w:t>
            </w:r>
          </w:p>
        </w:tc>
      </w:tr>
    </w:tbl>
    <w:p w14:paraId="27D3E458" w14:textId="77777777" w:rsidR="00F765B7" w:rsidRPr="00997D11" w:rsidRDefault="00000000">
      <w:pPr>
        <w:spacing w:before="280" w:after="40"/>
        <w:rPr>
          <w:rFonts w:asciiTheme="majorBidi" w:hAnsiTheme="majorBidi" w:cstheme="majorBidi"/>
          <w:sz w:val="24"/>
          <w:szCs w:val="24"/>
        </w:rPr>
      </w:pPr>
      <w:r w:rsidRPr="00997D11">
        <w:rPr>
          <w:rFonts w:asciiTheme="majorBidi" w:hAnsiTheme="majorBidi" w:cstheme="majorBidi"/>
          <w:b/>
          <w:color w:val="002D72"/>
          <w:sz w:val="24"/>
          <w:szCs w:val="24"/>
        </w:rPr>
        <w:t xml:space="preserve">INSPIRE AND </w:t>
      </w:r>
      <w:proofErr w:type="gramStart"/>
      <w:r w:rsidRPr="00997D11">
        <w:rPr>
          <w:rFonts w:asciiTheme="majorBidi" w:hAnsiTheme="majorBidi" w:cstheme="majorBidi"/>
          <w:b/>
          <w:color w:val="002D72"/>
          <w:sz w:val="24"/>
          <w:szCs w:val="24"/>
        </w:rPr>
        <w:t>IMPACT  |</w:t>
      </w:r>
      <w:proofErr w:type="gramEnd"/>
      <w:r w:rsidRPr="00997D11">
        <w:rPr>
          <w:rFonts w:asciiTheme="majorBidi" w:hAnsiTheme="majorBidi" w:cstheme="majorBidi"/>
          <w:b/>
          <w:color w:val="002D72"/>
          <w:sz w:val="24"/>
          <w:szCs w:val="24"/>
        </w:rPr>
        <w:t xml:space="preserve">  STUDENT GUIDE 2</w:t>
      </w:r>
    </w:p>
    <w:p w14:paraId="06EBDB57" w14:textId="77777777" w:rsidR="00F765B7" w:rsidRPr="00997D11" w:rsidRDefault="00000000">
      <w:pPr>
        <w:pStyle w:val="Title"/>
        <w:rPr>
          <w:rFonts w:asciiTheme="majorBidi" w:hAnsiTheme="majorBidi"/>
          <w:sz w:val="24"/>
          <w:szCs w:val="24"/>
        </w:rPr>
      </w:pPr>
      <w:r w:rsidRPr="00997D11">
        <w:rPr>
          <w:rFonts w:asciiTheme="majorBidi" w:hAnsiTheme="majorBidi"/>
          <w:sz w:val="24"/>
          <w:szCs w:val="24"/>
        </w:rPr>
        <w:t>Who Are My People</w:t>
      </w:r>
    </w:p>
    <w:p w14:paraId="214A4424" w14:textId="77777777" w:rsidR="00F765B7" w:rsidRPr="00997D11" w:rsidRDefault="00000000">
      <w:pPr>
        <w:spacing w:after="240"/>
        <w:rPr>
          <w:rFonts w:asciiTheme="majorBidi" w:hAnsiTheme="majorBidi" w:cstheme="majorBidi"/>
          <w:sz w:val="24"/>
          <w:szCs w:val="24"/>
        </w:rPr>
      </w:pPr>
      <w:r w:rsidRPr="00997D11">
        <w:rPr>
          <w:rFonts w:asciiTheme="majorBidi" w:hAnsiTheme="majorBidi" w:cstheme="majorBidi"/>
          <w:b/>
          <w:color w:val="002D72"/>
          <w:sz w:val="24"/>
          <w:szCs w:val="24"/>
        </w:rPr>
        <w:t>The people places and details that shape who we are</w:t>
      </w:r>
    </w:p>
    <w:p w14:paraId="3924E103" w14:textId="77777777" w:rsidR="00F765B7" w:rsidRPr="00997D11" w:rsidRDefault="00000000">
      <w:pPr>
        <w:spacing w:after="240"/>
        <w:rPr>
          <w:rFonts w:asciiTheme="majorBidi" w:hAnsiTheme="majorBidi" w:cstheme="majorBidi"/>
          <w:sz w:val="24"/>
          <w:szCs w:val="24"/>
        </w:rPr>
      </w:pPr>
      <w:r w:rsidRPr="00997D11">
        <w:rPr>
          <w:rFonts w:asciiTheme="majorBidi" w:hAnsiTheme="majorBidi" w:cstheme="majorBidi"/>
          <w:sz w:val="24"/>
          <w:szCs w:val="24"/>
        </w:rPr>
        <w:t>In this experience, you will notice the people, places, sounds, sayings, traditions, and memories you carry. You will create something that shows where you are from and consider how your people shape the way you lead.</w:t>
      </w:r>
    </w:p>
    <w:p w14:paraId="56D8F1F3" w14:textId="77777777" w:rsidR="00F765B7" w:rsidRPr="00997D11" w:rsidRDefault="00000000">
      <w:pPr>
        <w:spacing w:after="140"/>
        <w:rPr>
          <w:rFonts w:asciiTheme="majorBidi" w:hAnsiTheme="majorBidi" w:cstheme="majorBidi"/>
          <w:sz w:val="24"/>
          <w:szCs w:val="24"/>
        </w:rPr>
      </w:pPr>
      <w:r w:rsidRPr="00997D11">
        <w:rPr>
          <w:rFonts w:asciiTheme="majorBidi" w:hAnsiTheme="majorBidi" w:cstheme="majorBidi"/>
          <w:b/>
          <w:sz w:val="24"/>
          <w:szCs w:val="24"/>
        </w:rPr>
        <w:t xml:space="preserve">Name: </w:t>
      </w:r>
      <w:r w:rsidRPr="00997D11">
        <w:rPr>
          <w:rFonts w:asciiTheme="majorBidi" w:hAnsiTheme="majorBidi" w:cstheme="majorBidi"/>
          <w:color w:val="505050"/>
          <w:sz w:val="24"/>
          <w:szCs w:val="24"/>
        </w:rPr>
        <w:t>________________________________________________________________________</w:t>
      </w:r>
    </w:p>
    <w:p w14:paraId="75CC2F0F" w14:textId="3FCED3EC" w:rsidR="00F765B7" w:rsidRPr="00997D11" w:rsidRDefault="00000000" w:rsidP="00997D11">
      <w:pPr>
        <w:spacing w:after="140"/>
        <w:rPr>
          <w:rFonts w:asciiTheme="majorBidi" w:hAnsiTheme="majorBidi" w:cstheme="majorBidi"/>
          <w:sz w:val="24"/>
          <w:szCs w:val="24"/>
        </w:rPr>
      </w:pPr>
      <w:r w:rsidRPr="00997D11">
        <w:rPr>
          <w:rFonts w:asciiTheme="majorBidi" w:hAnsiTheme="majorBidi" w:cstheme="majorBidi"/>
          <w:b/>
          <w:sz w:val="24"/>
          <w:szCs w:val="24"/>
        </w:rPr>
        <w:t xml:space="preserve">Date: </w:t>
      </w:r>
      <w:r w:rsidRPr="00997D11">
        <w:rPr>
          <w:rFonts w:asciiTheme="majorBidi" w:hAnsiTheme="majorBidi" w:cstheme="majorBidi"/>
          <w:color w:val="505050"/>
          <w:sz w:val="24"/>
          <w:szCs w:val="24"/>
        </w:rPr>
        <w:t>________________________________________________________________________</w:t>
      </w:r>
    </w:p>
    <w:p w14:paraId="3536488A" w14:textId="77777777" w:rsidR="00F765B7" w:rsidRPr="00997D11" w:rsidRDefault="00000000">
      <w:pPr>
        <w:pStyle w:val="Heading1"/>
        <w:rPr>
          <w:rFonts w:asciiTheme="majorBidi" w:hAnsiTheme="majorBidi"/>
          <w:sz w:val="24"/>
          <w:szCs w:val="24"/>
        </w:rPr>
      </w:pPr>
      <w:proofErr w:type="gramStart"/>
      <w:r w:rsidRPr="00997D11">
        <w:rPr>
          <w:rFonts w:asciiTheme="majorBidi" w:hAnsiTheme="majorBidi"/>
          <w:sz w:val="24"/>
          <w:szCs w:val="24"/>
        </w:rPr>
        <w:t>1  Spark</w:t>
      </w:r>
      <w:proofErr w:type="gramEnd"/>
      <w:r w:rsidRPr="00997D11">
        <w:rPr>
          <w:rFonts w:asciiTheme="majorBidi" w:hAnsiTheme="majorBidi"/>
          <w:sz w:val="24"/>
          <w:szCs w:val="24"/>
        </w:rPr>
        <w:t xml:space="preserve"> Inquiry</w:t>
      </w:r>
    </w:p>
    <w:p w14:paraId="7E8993CC"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Who are some of the people or communities that have helped shape you?</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2493"/>
        <w:gridCol w:w="5640"/>
      </w:tblGrid>
      <w:tr w:rsidR="00F765B7" w:rsidRPr="00997D11" w14:paraId="3E7D674C" w14:textId="77777777" w:rsidTr="00997D11">
        <w:trPr>
          <w:jc w:val="center"/>
        </w:trPr>
        <w:tc>
          <w:tcPr>
            <w:tcW w:w="0" w:type="auto"/>
            <w:shd w:val="clear" w:color="auto" w:fill="002D72"/>
            <w:tcMar>
              <w:top w:w="120" w:type="dxa"/>
              <w:left w:w="140" w:type="dxa"/>
              <w:bottom w:w="120" w:type="dxa"/>
              <w:right w:w="140" w:type="dxa"/>
            </w:tcMar>
          </w:tcPr>
          <w:p w14:paraId="7EF7E5C0"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b/>
                <w:color w:val="FFFFFF"/>
                <w:sz w:val="24"/>
                <w:szCs w:val="24"/>
              </w:rPr>
              <w:t>Person or community</w:t>
            </w:r>
          </w:p>
        </w:tc>
        <w:tc>
          <w:tcPr>
            <w:tcW w:w="0" w:type="auto"/>
            <w:shd w:val="clear" w:color="auto" w:fill="002D72"/>
            <w:tcMar>
              <w:top w:w="120" w:type="dxa"/>
              <w:left w:w="140" w:type="dxa"/>
              <w:bottom w:w="120" w:type="dxa"/>
              <w:right w:w="140" w:type="dxa"/>
            </w:tcMar>
          </w:tcPr>
          <w:p w14:paraId="0736057E"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b/>
                <w:color w:val="FFFFFF"/>
                <w:sz w:val="24"/>
                <w:szCs w:val="24"/>
              </w:rPr>
              <w:t>A small thing they say do teach make play or believe</w:t>
            </w:r>
          </w:p>
        </w:tc>
      </w:tr>
      <w:tr w:rsidR="00F765B7" w:rsidRPr="00997D11" w14:paraId="7B6E9DC3" w14:textId="77777777" w:rsidTr="00997D11">
        <w:trPr>
          <w:jc w:val="center"/>
        </w:trPr>
        <w:tc>
          <w:tcPr>
            <w:tcW w:w="0" w:type="auto"/>
            <w:shd w:val="clear" w:color="auto" w:fill="FFFFFF"/>
            <w:tcMar>
              <w:top w:w="160" w:type="dxa"/>
              <w:left w:w="130" w:type="dxa"/>
              <w:bottom w:w="160" w:type="dxa"/>
              <w:right w:w="130" w:type="dxa"/>
            </w:tcMar>
          </w:tcPr>
          <w:p w14:paraId="6BF0B51C" w14:textId="77777777" w:rsidR="00F765B7" w:rsidRPr="00997D11" w:rsidRDefault="00F765B7">
            <w:pPr>
              <w:spacing w:after="0"/>
              <w:rPr>
                <w:rFonts w:asciiTheme="majorBidi" w:hAnsiTheme="majorBidi" w:cstheme="majorBidi"/>
                <w:sz w:val="24"/>
                <w:szCs w:val="24"/>
              </w:rPr>
            </w:pPr>
          </w:p>
        </w:tc>
        <w:tc>
          <w:tcPr>
            <w:tcW w:w="0" w:type="auto"/>
            <w:shd w:val="clear" w:color="auto" w:fill="FFFFFF"/>
            <w:tcMar>
              <w:top w:w="160" w:type="dxa"/>
              <w:left w:w="130" w:type="dxa"/>
              <w:bottom w:w="160" w:type="dxa"/>
              <w:right w:w="130" w:type="dxa"/>
            </w:tcMar>
          </w:tcPr>
          <w:p w14:paraId="0C60DF99" w14:textId="77777777" w:rsidR="00F765B7" w:rsidRPr="00997D11" w:rsidRDefault="00F765B7">
            <w:pPr>
              <w:spacing w:after="0"/>
              <w:rPr>
                <w:rFonts w:asciiTheme="majorBidi" w:hAnsiTheme="majorBidi" w:cstheme="majorBidi"/>
                <w:sz w:val="24"/>
                <w:szCs w:val="24"/>
              </w:rPr>
            </w:pPr>
          </w:p>
        </w:tc>
      </w:tr>
      <w:tr w:rsidR="00F765B7" w:rsidRPr="00997D11" w14:paraId="06D4D6DD" w14:textId="77777777" w:rsidTr="00997D11">
        <w:trPr>
          <w:jc w:val="center"/>
        </w:trPr>
        <w:tc>
          <w:tcPr>
            <w:tcW w:w="0" w:type="auto"/>
            <w:shd w:val="clear" w:color="auto" w:fill="EAF1FA"/>
            <w:tcMar>
              <w:top w:w="160" w:type="dxa"/>
              <w:left w:w="130" w:type="dxa"/>
              <w:bottom w:w="160" w:type="dxa"/>
              <w:right w:w="130" w:type="dxa"/>
            </w:tcMar>
          </w:tcPr>
          <w:p w14:paraId="5DA72FFC" w14:textId="77777777" w:rsidR="00F765B7" w:rsidRPr="00997D11" w:rsidRDefault="00F765B7">
            <w:pPr>
              <w:spacing w:after="0"/>
              <w:rPr>
                <w:rFonts w:asciiTheme="majorBidi" w:hAnsiTheme="majorBidi" w:cstheme="majorBidi"/>
                <w:sz w:val="24"/>
                <w:szCs w:val="24"/>
              </w:rPr>
            </w:pPr>
          </w:p>
        </w:tc>
        <w:tc>
          <w:tcPr>
            <w:tcW w:w="0" w:type="auto"/>
            <w:shd w:val="clear" w:color="auto" w:fill="EAF1FA"/>
            <w:tcMar>
              <w:top w:w="160" w:type="dxa"/>
              <w:left w:w="130" w:type="dxa"/>
              <w:bottom w:w="160" w:type="dxa"/>
              <w:right w:w="130" w:type="dxa"/>
            </w:tcMar>
          </w:tcPr>
          <w:p w14:paraId="71E8B0D5" w14:textId="77777777" w:rsidR="00F765B7" w:rsidRPr="00997D11" w:rsidRDefault="00F765B7">
            <w:pPr>
              <w:spacing w:after="0"/>
              <w:rPr>
                <w:rFonts w:asciiTheme="majorBidi" w:hAnsiTheme="majorBidi" w:cstheme="majorBidi"/>
                <w:sz w:val="24"/>
                <w:szCs w:val="24"/>
              </w:rPr>
            </w:pPr>
          </w:p>
        </w:tc>
      </w:tr>
      <w:tr w:rsidR="00F765B7" w:rsidRPr="00997D11" w14:paraId="6BE930BC" w14:textId="77777777" w:rsidTr="00997D11">
        <w:trPr>
          <w:jc w:val="center"/>
        </w:trPr>
        <w:tc>
          <w:tcPr>
            <w:tcW w:w="0" w:type="auto"/>
            <w:shd w:val="clear" w:color="auto" w:fill="FFFFFF"/>
            <w:tcMar>
              <w:top w:w="160" w:type="dxa"/>
              <w:left w:w="130" w:type="dxa"/>
              <w:bottom w:w="160" w:type="dxa"/>
              <w:right w:w="130" w:type="dxa"/>
            </w:tcMar>
          </w:tcPr>
          <w:p w14:paraId="2E439CF3" w14:textId="77777777" w:rsidR="00F765B7" w:rsidRPr="00997D11" w:rsidRDefault="00F765B7">
            <w:pPr>
              <w:spacing w:after="0"/>
              <w:rPr>
                <w:rFonts w:asciiTheme="majorBidi" w:hAnsiTheme="majorBidi" w:cstheme="majorBidi"/>
                <w:sz w:val="24"/>
                <w:szCs w:val="24"/>
              </w:rPr>
            </w:pPr>
          </w:p>
        </w:tc>
        <w:tc>
          <w:tcPr>
            <w:tcW w:w="0" w:type="auto"/>
            <w:shd w:val="clear" w:color="auto" w:fill="FFFFFF"/>
            <w:tcMar>
              <w:top w:w="160" w:type="dxa"/>
              <w:left w:w="130" w:type="dxa"/>
              <w:bottom w:w="160" w:type="dxa"/>
              <w:right w:w="130" w:type="dxa"/>
            </w:tcMar>
          </w:tcPr>
          <w:p w14:paraId="72E8E6BF" w14:textId="77777777" w:rsidR="00F765B7" w:rsidRPr="00997D11" w:rsidRDefault="00F765B7">
            <w:pPr>
              <w:spacing w:after="0"/>
              <w:rPr>
                <w:rFonts w:asciiTheme="majorBidi" w:hAnsiTheme="majorBidi" w:cstheme="majorBidi"/>
                <w:sz w:val="24"/>
                <w:szCs w:val="24"/>
              </w:rPr>
            </w:pPr>
          </w:p>
        </w:tc>
      </w:tr>
    </w:tbl>
    <w:p w14:paraId="6BFF862B"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You control what you write and share. Family is only one way to define your people. Friends, teams, neighbors, teachers, faith communities, and chosen family count too.</w:t>
      </w:r>
    </w:p>
    <w:p w14:paraId="44CB12C9" w14:textId="77777777" w:rsidR="00F765B7" w:rsidRPr="00997D11" w:rsidRDefault="00000000">
      <w:pPr>
        <w:pStyle w:val="Heading1"/>
        <w:rPr>
          <w:rFonts w:asciiTheme="majorBidi" w:hAnsiTheme="majorBidi"/>
          <w:sz w:val="24"/>
          <w:szCs w:val="24"/>
        </w:rPr>
      </w:pPr>
      <w:proofErr w:type="gramStart"/>
      <w:r w:rsidRPr="00997D11">
        <w:rPr>
          <w:rFonts w:asciiTheme="majorBidi" w:hAnsiTheme="majorBidi"/>
          <w:sz w:val="24"/>
          <w:szCs w:val="24"/>
        </w:rPr>
        <w:t>2  Deepen</w:t>
      </w:r>
      <w:proofErr w:type="gramEnd"/>
      <w:r w:rsidRPr="00997D11">
        <w:rPr>
          <w:rFonts w:asciiTheme="majorBidi" w:hAnsiTheme="majorBidi"/>
          <w:sz w:val="24"/>
          <w:szCs w:val="24"/>
        </w:rPr>
        <w:t xml:space="preserve"> Inquiry</w:t>
      </w:r>
    </w:p>
    <w:p w14:paraId="3D9C89E7"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As you listen to or read George Ella Lyon's Where I'm From, record details that help you picture the poet's world.</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5141"/>
        <w:gridCol w:w="5544"/>
      </w:tblGrid>
      <w:tr w:rsidR="00F765B7" w:rsidRPr="00997D11" w14:paraId="31D11CF5" w14:textId="77777777">
        <w:trPr>
          <w:jc w:val="center"/>
        </w:trPr>
        <w:tc>
          <w:tcPr>
            <w:tcW w:w="5141" w:type="dxa"/>
            <w:shd w:val="clear" w:color="auto" w:fill="002D72"/>
            <w:tcMar>
              <w:top w:w="120" w:type="dxa"/>
              <w:left w:w="140" w:type="dxa"/>
              <w:bottom w:w="120" w:type="dxa"/>
              <w:right w:w="140" w:type="dxa"/>
            </w:tcMar>
          </w:tcPr>
          <w:p w14:paraId="39633770"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b/>
                <w:color w:val="FFFFFF"/>
                <w:sz w:val="24"/>
                <w:szCs w:val="24"/>
              </w:rPr>
              <w:t>Detail I noticed</w:t>
            </w:r>
          </w:p>
        </w:tc>
        <w:tc>
          <w:tcPr>
            <w:tcW w:w="5141" w:type="dxa"/>
            <w:shd w:val="clear" w:color="auto" w:fill="002D72"/>
            <w:tcMar>
              <w:top w:w="120" w:type="dxa"/>
              <w:left w:w="140" w:type="dxa"/>
              <w:bottom w:w="120" w:type="dxa"/>
              <w:right w:w="140" w:type="dxa"/>
            </w:tcMar>
          </w:tcPr>
          <w:p w14:paraId="2E529955"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b/>
                <w:color w:val="FFFFFF"/>
                <w:sz w:val="24"/>
                <w:szCs w:val="24"/>
              </w:rPr>
              <w:t>What it helps me picture or wonder</w:t>
            </w:r>
          </w:p>
        </w:tc>
      </w:tr>
      <w:tr w:rsidR="00F765B7" w:rsidRPr="00997D11" w14:paraId="58591E3F" w14:textId="77777777">
        <w:trPr>
          <w:jc w:val="center"/>
        </w:trPr>
        <w:tc>
          <w:tcPr>
            <w:tcW w:w="4608" w:type="dxa"/>
            <w:shd w:val="clear" w:color="auto" w:fill="FFFFFF"/>
            <w:tcMar>
              <w:top w:w="160" w:type="dxa"/>
              <w:left w:w="130" w:type="dxa"/>
              <w:bottom w:w="160" w:type="dxa"/>
              <w:right w:w="130" w:type="dxa"/>
            </w:tcMar>
          </w:tcPr>
          <w:p w14:paraId="3E50BCFE" w14:textId="77777777" w:rsidR="00F765B7" w:rsidRPr="00997D11" w:rsidRDefault="00F765B7">
            <w:pPr>
              <w:spacing w:after="0"/>
              <w:rPr>
                <w:rFonts w:asciiTheme="majorBidi" w:hAnsiTheme="majorBidi" w:cstheme="majorBidi"/>
                <w:sz w:val="24"/>
                <w:szCs w:val="24"/>
              </w:rPr>
            </w:pPr>
          </w:p>
        </w:tc>
        <w:tc>
          <w:tcPr>
            <w:tcW w:w="5544" w:type="dxa"/>
            <w:shd w:val="clear" w:color="auto" w:fill="FFFFFF"/>
            <w:tcMar>
              <w:top w:w="160" w:type="dxa"/>
              <w:left w:w="130" w:type="dxa"/>
              <w:bottom w:w="160" w:type="dxa"/>
              <w:right w:w="130" w:type="dxa"/>
            </w:tcMar>
          </w:tcPr>
          <w:p w14:paraId="3A6F3BE2" w14:textId="77777777" w:rsidR="00F765B7" w:rsidRPr="00997D11" w:rsidRDefault="00F765B7">
            <w:pPr>
              <w:spacing w:after="0"/>
              <w:rPr>
                <w:rFonts w:asciiTheme="majorBidi" w:hAnsiTheme="majorBidi" w:cstheme="majorBidi"/>
                <w:sz w:val="24"/>
                <w:szCs w:val="24"/>
              </w:rPr>
            </w:pPr>
          </w:p>
        </w:tc>
      </w:tr>
      <w:tr w:rsidR="00F765B7" w:rsidRPr="00997D11" w14:paraId="1C65EEDD" w14:textId="77777777">
        <w:trPr>
          <w:jc w:val="center"/>
        </w:trPr>
        <w:tc>
          <w:tcPr>
            <w:tcW w:w="4608" w:type="dxa"/>
            <w:shd w:val="clear" w:color="auto" w:fill="EAF1FA"/>
            <w:tcMar>
              <w:top w:w="160" w:type="dxa"/>
              <w:left w:w="130" w:type="dxa"/>
              <w:bottom w:w="160" w:type="dxa"/>
              <w:right w:w="130" w:type="dxa"/>
            </w:tcMar>
          </w:tcPr>
          <w:p w14:paraId="6DEA4C39" w14:textId="77777777" w:rsidR="00F765B7" w:rsidRPr="00997D11" w:rsidRDefault="00F765B7">
            <w:pPr>
              <w:spacing w:after="0"/>
              <w:rPr>
                <w:rFonts w:asciiTheme="majorBidi" w:hAnsiTheme="majorBidi" w:cstheme="majorBidi"/>
                <w:sz w:val="24"/>
                <w:szCs w:val="24"/>
              </w:rPr>
            </w:pPr>
          </w:p>
        </w:tc>
        <w:tc>
          <w:tcPr>
            <w:tcW w:w="5544" w:type="dxa"/>
            <w:shd w:val="clear" w:color="auto" w:fill="EAF1FA"/>
            <w:tcMar>
              <w:top w:w="160" w:type="dxa"/>
              <w:left w:w="130" w:type="dxa"/>
              <w:bottom w:w="160" w:type="dxa"/>
              <w:right w:w="130" w:type="dxa"/>
            </w:tcMar>
          </w:tcPr>
          <w:p w14:paraId="507B11C7" w14:textId="77777777" w:rsidR="00F765B7" w:rsidRPr="00997D11" w:rsidRDefault="00F765B7">
            <w:pPr>
              <w:spacing w:after="0"/>
              <w:rPr>
                <w:rFonts w:asciiTheme="majorBidi" w:hAnsiTheme="majorBidi" w:cstheme="majorBidi"/>
                <w:sz w:val="24"/>
                <w:szCs w:val="24"/>
              </w:rPr>
            </w:pPr>
          </w:p>
        </w:tc>
      </w:tr>
      <w:tr w:rsidR="00F765B7" w:rsidRPr="00997D11" w14:paraId="4145E411" w14:textId="77777777">
        <w:trPr>
          <w:jc w:val="center"/>
        </w:trPr>
        <w:tc>
          <w:tcPr>
            <w:tcW w:w="4608" w:type="dxa"/>
            <w:shd w:val="clear" w:color="auto" w:fill="FFFFFF"/>
            <w:tcMar>
              <w:top w:w="160" w:type="dxa"/>
              <w:left w:w="130" w:type="dxa"/>
              <w:bottom w:w="160" w:type="dxa"/>
              <w:right w:w="130" w:type="dxa"/>
            </w:tcMar>
          </w:tcPr>
          <w:p w14:paraId="0D895986" w14:textId="77777777" w:rsidR="00F765B7" w:rsidRPr="00997D11" w:rsidRDefault="00F765B7">
            <w:pPr>
              <w:spacing w:after="0"/>
              <w:rPr>
                <w:rFonts w:asciiTheme="majorBidi" w:hAnsiTheme="majorBidi" w:cstheme="majorBidi"/>
                <w:sz w:val="24"/>
                <w:szCs w:val="24"/>
              </w:rPr>
            </w:pPr>
          </w:p>
        </w:tc>
        <w:tc>
          <w:tcPr>
            <w:tcW w:w="5544" w:type="dxa"/>
            <w:shd w:val="clear" w:color="auto" w:fill="FFFFFF"/>
            <w:tcMar>
              <w:top w:w="160" w:type="dxa"/>
              <w:left w:w="130" w:type="dxa"/>
              <w:bottom w:w="160" w:type="dxa"/>
              <w:right w:w="130" w:type="dxa"/>
            </w:tcMar>
          </w:tcPr>
          <w:p w14:paraId="693C16DC" w14:textId="77777777" w:rsidR="00F765B7" w:rsidRPr="00997D11" w:rsidRDefault="00F765B7">
            <w:pPr>
              <w:spacing w:after="0"/>
              <w:rPr>
                <w:rFonts w:asciiTheme="majorBidi" w:hAnsiTheme="majorBidi" w:cstheme="majorBidi"/>
                <w:sz w:val="24"/>
                <w:szCs w:val="24"/>
              </w:rPr>
            </w:pPr>
          </w:p>
        </w:tc>
      </w:tr>
    </w:tbl>
    <w:p w14:paraId="314B3A77"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Gather details for your own creation. Words and fragments are enough.</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5141"/>
        <w:gridCol w:w="6264"/>
      </w:tblGrid>
      <w:tr w:rsidR="00F765B7" w:rsidRPr="00997D11" w14:paraId="270E5EE6" w14:textId="77777777">
        <w:trPr>
          <w:jc w:val="center"/>
        </w:trPr>
        <w:tc>
          <w:tcPr>
            <w:tcW w:w="5141" w:type="dxa"/>
            <w:shd w:val="clear" w:color="auto" w:fill="002D72"/>
            <w:tcMar>
              <w:top w:w="120" w:type="dxa"/>
              <w:left w:w="140" w:type="dxa"/>
              <w:bottom w:w="120" w:type="dxa"/>
              <w:right w:w="140" w:type="dxa"/>
            </w:tcMar>
          </w:tcPr>
          <w:p w14:paraId="2E0EBC5A"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b/>
                <w:color w:val="FFFFFF"/>
                <w:sz w:val="24"/>
                <w:szCs w:val="24"/>
              </w:rPr>
              <w:t>Category</w:t>
            </w:r>
          </w:p>
        </w:tc>
        <w:tc>
          <w:tcPr>
            <w:tcW w:w="5141" w:type="dxa"/>
            <w:shd w:val="clear" w:color="auto" w:fill="002D72"/>
            <w:tcMar>
              <w:top w:w="120" w:type="dxa"/>
              <w:left w:w="140" w:type="dxa"/>
              <w:bottom w:w="120" w:type="dxa"/>
              <w:right w:w="140" w:type="dxa"/>
            </w:tcMar>
          </w:tcPr>
          <w:p w14:paraId="065C895D"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b/>
                <w:color w:val="FFFFFF"/>
                <w:sz w:val="24"/>
                <w:szCs w:val="24"/>
              </w:rPr>
              <w:t>My details</w:t>
            </w:r>
          </w:p>
        </w:tc>
      </w:tr>
      <w:tr w:rsidR="00F765B7" w:rsidRPr="00997D11" w14:paraId="51DF7390" w14:textId="77777777">
        <w:trPr>
          <w:jc w:val="center"/>
        </w:trPr>
        <w:tc>
          <w:tcPr>
            <w:tcW w:w="3888" w:type="dxa"/>
            <w:shd w:val="clear" w:color="auto" w:fill="FFFFFF"/>
            <w:tcMar>
              <w:top w:w="160" w:type="dxa"/>
              <w:left w:w="130" w:type="dxa"/>
              <w:bottom w:w="160" w:type="dxa"/>
              <w:right w:w="130" w:type="dxa"/>
            </w:tcMar>
          </w:tcPr>
          <w:p w14:paraId="6D5B542D"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sz w:val="24"/>
                <w:szCs w:val="24"/>
              </w:rPr>
              <w:t>Object from home</w:t>
            </w:r>
          </w:p>
        </w:tc>
        <w:tc>
          <w:tcPr>
            <w:tcW w:w="6264" w:type="dxa"/>
            <w:shd w:val="clear" w:color="auto" w:fill="FFFFFF"/>
            <w:tcMar>
              <w:top w:w="160" w:type="dxa"/>
              <w:left w:w="130" w:type="dxa"/>
              <w:bottom w:w="160" w:type="dxa"/>
              <w:right w:w="130" w:type="dxa"/>
            </w:tcMar>
          </w:tcPr>
          <w:p w14:paraId="63B92C25" w14:textId="77777777" w:rsidR="00F765B7" w:rsidRPr="00997D11" w:rsidRDefault="00F765B7">
            <w:pPr>
              <w:spacing w:after="0"/>
              <w:rPr>
                <w:rFonts w:asciiTheme="majorBidi" w:hAnsiTheme="majorBidi" w:cstheme="majorBidi"/>
                <w:sz w:val="24"/>
                <w:szCs w:val="24"/>
              </w:rPr>
            </w:pPr>
          </w:p>
        </w:tc>
      </w:tr>
      <w:tr w:rsidR="00F765B7" w:rsidRPr="00997D11" w14:paraId="269ED37C" w14:textId="77777777">
        <w:trPr>
          <w:jc w:val="center"/>
        </w:trPr>
        <w:tc>
          <w:tcPr>
            <w:tcW w:w="3888" w:type="dxa"/>
            <w:shd w:val="clear" w:color="auto" w:fill="EAF1FA"/>
            <w:tcMar>
              <w:top w:w="160" w:type="dxa"/>
              <w:left w:w="130" w:type="dxa"/>
              <w:bottom w:w="160" w:type="dxa"/>
              <w:right w:w="130" w:type="dxa"/>
            </w:tcMar>
          </w:tcPr>
          <w:p w14:paraId="04613947"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sz w:val="24"/>
                <w:szCs w:val="24"/>
              </w:rPr>
              <w:lastRenderedPageBreak/>
              <w:t>Place where I felt known safe challenged or free</w:t>
            </w:r>
          </w:p>
        </w:tc>
        <w:tc>
          <w:tcPr>
            <w:tcW w:w="6264" w:type="dxa"/>
            <w:shd w:val="clear" w:color="auto" w:fill="EAF1FA"/>
            <w:tcMar>
              <w:top w:w="160" w:type="dxa"/>
              <w:left w:w="130" w:type="dxa"/>
              <w:bottom w:w="160" w:type="dxa"/>
              <w:right w:w="130" w:type="dxa"/>
            </w:tcMar>
          </w:tcPr>
          <w:p w14:paraId="20DF03BB" w14:textId="77777777" w:rsidR="00F765B7" w:rsidRPr="00997D11" w:rsidRDefault="00F765B7">
            <w:pPr>
              <w:spacing w:after="0"/>
              <w:rPr>
                <w:rFonts w:asciiTheme="majorBidi" w:hAnsiTheme="majorBidi" w:cstheme="majorBidi"/>
                <w:sz w:val="24"/>
                <w:szCs w:val="24"/>
              </w:rPr>
            </w:pPr>
          </w:p>
        </w:tc>
      </w:tr>
      <w:tr w:rsidR="00F765B7" w:rsidRPr="00997D11" w14:paraId="63DD2DF6" w14:textId="77777777">
        <w:trPr>
          <w:jc w:val="center"/>
        </w:trPr>
        <w:tc>
          <w:tcPr>
            <w:tcW w:w="3888" w:type="dxa"/>
            <w:shd w:val="clear" w:color="auto" w:fill="FFFFFF"/>
            <w:tcMar>
              <w:top w:w="160" w:type="dxa"/>
              <w:left w:w="130" w:type="dxa"/>
              <w:bottom w:w="160" w:type="dxa"/>
              <w:right w:w="130" w:type="dxa"/>
            </w:tcMar>
          </w:tcPr>
          <w:p w14:paraId="3623F884"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sz w:val="24"/>
                <w:szCs w:val="24"/>
              </w:rPr>
              <w:t>Food smell song sound or tradition</w:t>
            </w:r>
          </w:p>
        </w:tc>
        <w:tc>
          <w:tcPr>
            <w:tcW w:w="6264" w:type="dxa"/>
            <w:shd w:val="clear" w:color="auto" w:fill="FFFFFF"/>
            <w:tcMar>
              <w:top w:w="160" w:type="dxa"/>
              <w:left w:w="130" w:type="dxa"/>
              <w:bottom w:w="160" w:type="dxa"/>
              <w:right w:w="130" w:type="dxa"/>
            </w:tcMar>
          </w:tcPr>
          <w:p w14:paraId="1D01A9D6" w14:textId="77777777" w:rsidR="00F765B7" w:rsidRPr="00997D11" w:rsidRDefault="00F765B7">
            <w:pPr>
              <w:spacing w:after="0"/>
              <w:rPr>
                <w:rFonts w:asciiTheme="majorBidi" w:hAnsiTheme="majorBidi" w:cstheme="majorBidi"/>
                <w:sz w:val="24"/>
                <w:szCs w:val="24"/>
              </w:rPr>
            </w:pPr>
          </w:p>
        </w:tc>
      </w:tr>
      <w:tr w:rsidR="00F765B7" w:rsidRPr="00997D11" w14:paraId="238A78D6" w14:textId="77777777">
        <w:trPr>
          <w:jc w:val="center"/>
        </w:trPr>
        <w:tc>
          <w:tcPr>
            <w:tcW w:w="3888" w:type="dxa"/>
            <w:shd w:val="clear" w:color="auto" w:fill="EAF1FA"/>
            <w:tcMar>
              <w:top w:w="160" w:type="dxa"/>
              <w:left w:w="130" w:type="dxa"/>
              <w:bottom w:w="160" w:type="dxa"/>
              <w:right w:w="130" w:type="dxa"/>
            </w:tcMar>
          </w:tcPr>
          <w:p w14:paraId="3739318D"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sz w:val="24"/>
                <w:szCs w:val="24"/>
              </w:rPr>
              <w:t>Phrase someone says</w:t>
            </w:r>
          </w:p>
        </w:tc>
        <w:tc>
          <w:tcPr>
            <w:tcW w:w="6264" w:type="dxa"/>
            <w:shd w:val="clear" w:color="auto" w:fill="EAF1FA"/>
            <w:tcMar>
              <w:top w:w="160" w:type="dxa"/>
              <w:left w:w="130" w:type="dxa"/>
              <w:bottom w:w="160" w:type="dxa"/>
              <w:right w:w="130" w:type="dxa"/>
            </w:tcMar>
          </w:tcPr>
          <w:p w14:paraId="282EB961" w14:textId="77777777" w:rsidR="00F765B7" w:rsidRPr="00997D11" w:rsidRDefault="00F765B7">
            <w:pPr>
              <w:spacing w:after="0"/>
              <w:rPr>
                <w:rFonts w:asciiTheme="majorBidi" w:hAnsiTheme="majorBidi" w:cstheme="majorBidi"/>
                <w:sz w:val="24"/>
                <w:szCs w:val="24"/>
              </w:rPr>
            </w:pPr>
          </w:p>
        </w:tc>
      </w:tr>
      <w:tr w:rsidR="00F765B7" w:rsidRPr="00997D11" w14:paraId="37DF2F70" w14:textId="77777777">
        <w:trPr>
          <w:jc w:val="center"/>
        </w:trPr>
        <w:tc>
          <w:tcPr>
            <w:tcW w:w="3888" w:type="dxa"/>
            <w:shd w:val="clear" w:color="auto" w:fill="FFFFFF"/>
            <w:tcMar>
              <w:top w:w="160" w:type="dxa"/>
              <w:left w:w="130" w:type="dxa"/>
              <w:bottom w:w="160" w:type="dxa"/>
              <w:right w:w="130" w:type="dxa"/>
            </w:tcMar>
          </w:tcPr>
          <w:p w14:paraId="124A5EDF"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sz w:val="24"/>
                <w:szCs w:val="24"/>
              </w:rPr>
              <w:t>Person or group that shaped me</w:t>
            </w:r>
          </w:p>
        </w:tc>
        <w:tc>
          <w:tcPr>
            <w:tcW w:w="6264" w:type="dxa"/>
            <w:shd w:val="clear" w:color="auto" w:fill="FFFFFF"/>
            <w:tcMar>
              <w:top w:w="160" w:type="dxa"/>
              <w:left w:w="130" w:type="dxa"/>
              <w:bottom w:w="160" w:type="dxa"/>
              <w:right w:w="130" w:type="dxa"/>
            </w:tcMar>
          </w:tcPr>
          <w:p w14:paraId="4A263C2C" w14:textId="77777777" w:rsidR="00F765B7" w:rsidRPr="00997D11" w:rsidRDefault="00F765B7">
            <w:pPr>
              <w:spacing w:after="0"/>
              <w:rPr>
                <w:rFonts w:asciiTheme="majorBidi" w:hAnsiTheme="majorBidi" w:cstheme="majorBidi"/>
                <w:sz w:val="24"/>
                <w:szCs w:val="24"/>
              </w:rPr>
            </w:pPr>
          </w:p>
        </w:tc>
      </w:tr>
      <w:tr w:rsidR="00F765B7" w:rsidRPr="00997D11" w14:paraId="358321CB" w14:textId="77777777">
        <w:trPr>
          <w:jc w:val="center"/>
        </w:trPr>
        <w:tc>
          <w:tcPr>
            <w:tcW w:w="3888" w:type="dxa"/>
            <w:shd w:val="clear" w:color="auto" w:fill="EAF1FA"/>
            <w:tcMar>
              <w:top w:w="160" w:type="dxa"/>
              <w:left w:w="130" w:type="dxa"/>
              <w:bottom w:w="160" w:type="dxa"/>
              <w:right w:w="130" w:type="dxa"/>
            </w:tcMar>
          </w:tcPr>
          <w:p w14:paraId="082BB229" w14:textId="77777777" w:rsidR="00F765B7" w:rsidRPr="00997D11" w:rsidRDefault="00000000">
            <w:pPr>
              <w:spacing w:after="0"/>
              <w:rPr>
                <w:rFonts w:asciiTheme="majorBidi" w:hAnsiTheme="majorBidi" w:cstheme="majorBidi"/>
                <w:sz w:val="24"/>
                <w:szCs w:val="24"/>
              </w:rPr>
            </w:pPr>
            <w:r w:rsidRPr="00997D11">
              <w:rPr>
                <w:rFonts w:asciiTheme="majorBidi" w:hAnsiTheme="majorBidi" w:cstheme="majorBidi"/>
                <w:sz w:val="24"/>
                <w:szCs w:val="24"/>
              </w:rPr>
              <w:t>Story memory name belief or hope I carry</w:t>
            </w:r>
          </w:p>
        </w:tc>
        <w:tc>
          <w:tcPr>
            <w:tcW w:w="6264" w:type="dxa"/>
            <w:shd w:val="clear" w:color="auto" w:fill="EAF1FA"/>
            <w:tcMar>
              <w:top w:w="160" w:type="dxa"/>
              <w:left w:w="130" w:type="dxa"/>
              <w:bottom w:w="160" w:type="dxa"/>
              <w:right w:w="130" w:type="dxa"/>
            </w:tcMar>
          </w:tcPr>
          <w:p w14:paraId="0F5E738A" w14:textId="77777777" w:rsidR="00F765B7" w:rsidRPr="00997D11" w:rsidRDefault="00F765B7">
            <w:pPr>
              <w:spacing w:after="0"/>
              <w:rPr>
                <w:rFonts w:asciiTheme="majorBidi" w:hAnsiTheme="majorBidi" w:cstheme="majorBidi"/>
                <w:sz w:val="24"/>
                <w:szCs w:val="24"/>
              </w:rPr>
            </w:pPr>
          </w:p>
        </w:tc>
      </w:tr>
    </w:tbl>
    <w:p w14:paraId="5426F74F" w14:textId="77777777" w:rsidR="00F765B7" w:rsidRPr="00997D11" w:rsidRDefault="00000000">
      <w:pPr>
        <w:pStyle w:val="Heading1"/>
        <w:rPr>
          <w:rFonts w:asciiTheme="majorBidi" w:hAnsiTheme="majorBidi"/>
          <w:sz w:val="24"/>
          <w:szCs w:val="24"/>
        </w:rPr>
      </w:pPr>
      <w:proofErr w:type="gramStart"/>
      <w:r w:rsidRPr="00997D11">
        <w:rPr>
          <w:rFonts w:asciiTheme="majorBidi" w:hAnsiTheme="majorBidi"/>
          <w:sz w:val="24"/>
          <w:szCs w:val="24"/>
        </w:rPr>
        <w:t>3  Connect</w:t>
      </w:r>
      <w:proofErr w:type="gramEnd"/>
      <w:r w:rsidRPr="00997D11">
        <w:rPr>
          <w:rFonts w:asciiTheme="majorBidi" w:hAnsiTheme="majorBidi"/>
          <w:sz w:val="24"/>
          <w:szCs w:val="24"/>
        </w:rPr>
        <w:t xml:space="preserve"> and Act</w:t>
      </w:r>
    </w:p>
    <w:p w14:paraId="75EA6432"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Create a short poem song rap or drawing. Use the details that feel true to you. You do not need to explain every reference.</w:t>
      </w:r>
    </w:p>
    <w:p w14:paraId="3C12C27B" w14:textId="77777777" w:rsidR="00F765B7" w:rsidRPr="00997D11" w:rsidRDefault="00000000">
      <w:pPr>
        <w:pStyle w:val="ListBullet"/>
        <w:spacing w:after="80"/>
        <w:rPr>
          <w:rFonts w:asciiTheme="majorBidi" w:hAnsiTheme="majorBidi" w:cstheme="majorBidi"/>
          <w:sz w:val="24"/>
          <w:szCs w:val="24"/>
        </w:rPr>
      </w:pPr>
      <w:r w:rsidRPr="00997D11">
        <w:rPr>
          <w:rFonts w:asciiTheme="majorBidi" w:hAnsiTheme="majorBidi" w:cstheme="majorBidi"/>
          <w:sz w:val="24"/>
          <w:szCs w:val="24"/>
        </w:rPr>
        <w:t>I am from __________, from __________ and __________.</w:t>
      </w:r>
    </w:p>
    <w:p w14:paraId="36BBCD50" w14:textId="77777777" w:rsidR="00F765B7" w:rsidRPr="00997D11" w:rsidRDefault="00000000">
      <w:pPr>
        <w:pStyle w:val="ListBullet"/>
        <w:spacing w:after="80"/>
        <w:rPr>
          <w:rFonts w:asciiTheme="majorBidi" w:hAnsiTheme="majorBidi" w:cstheme="majorBidi"/>
          <w:sz w:val="24"/>
          <w:szCs w:val="24"/>
        </w:rPr>
      </w:pPr>
      <w:r w:rsidRPr="00997D11">
        <w:rPr>
          <w:rFonts w:asciiTheme="majorBidi" w:hAnsiTheme="majorBidi" w:cstheme="majorBidi"/>
          <w:sz w:val="24"/>
          <w:szCs w:val="24"/>
        </w:rPr>
        <w:t>I am from the sound of __________.</w:t>
      </w:r>
    </w:p>
    <w:p w14:paraId="5DC04DBA" w14:textId="77777777" w:rsidR="00F765B7" w:rsidRPr="00997D11" w:rsidRDefault="00000000">
      <w:pPr>
        <w:pStyle w:val="ListBullet"/>
        <w:spacing w:after="80"/>
        <w:rPr>
          <w:rFonts w:asciiTheme="majorBidi" w:hAnsiTheme="majorBidi" w:cstheme="majorBidi"/>
          <w:sz w:val="24"/>
          <w:szCs w:val="24"/>
        </w:rPr>
      </w:pPr>
      <w:r w:rsidRPr="00997D11">
        <w:rPr>
          <w:rFonts w:asciiTheme="majorBidi" w:hAnsiTheme="majorBidi" w:cstheme="majorBidi"/>
          <w:sz w:val="24"/>
          <w:szCs w:val="24"/>
        </w:rPr>
        <w:t>I am from the place where __________.</w:t>
      </w:r>
    </w:p>
    <w:p w14:paraId="3572C657" w14:textId="77777777" w:rsidR="00F765B7" w:rsidRPr="00997D11" w:rsidRDefault="00000000">
      <w:pPr>
        <w:pStyle w:val="ListBullet"/>
        <w:spacing w:after="80"/>
        <w:rPr>
          <w:rFonts w:asciiTheme="majorBidi" w:hAnsiTheme="majorBidi" w:cstheme="majorBidi"/>
          <w:sz w:val="24"/>
          <w:szCs w:val="24"/>
        </w:rPr>
      </w:pPr>
      <w:r w:rsidRPr="00997D11">
        <w:rPr>
          <w:rFonts w:asciiTheme="majorBidi" w:hAnsiTheme="majorBidi" w:cstheme="majorBidi"/>
          <w:sz w:val="24"/>
          <w:szCs w:val="24"/>
        </w:rPr>
        <w:t>I am from the people who taught me __________.</w:t>
      </w:r>
    </w:p>
    <w:p w14:paraId="0F2FD56B" w14:textId="77777777" w:rsidR="00F765B7" w:rsidRPr="00997D11" w:rsidRDefault="00000000">
      <w:pPr>
        <w:pStyle w:val="ListBullet"/>
        <w:spacing w:after="80"/>
        <w:rPr>
          <w:rFonts w:asciiTheme="majorBidi" w:hAnsiTheme="majorBidi" w:cstheme="majorBidi"/>
          <w:sz w:val="24"/>
          <w:szCs w:val="24"/>
        </w:rPr>
      </w:pPr>
      <w:r w:rsidRPr="00997D11">
        <w:rPr>
          <w:rFonts w:asciiTheme="majorBidi" w:hAnsiTheme="majorBidi" w:cstheme="majorBidi"/>
          <w:sz w:val="24"/>
          <w:szCs w:val="24"/>
        </w:rPr>
        <w:t>I carry __________ with me wherever I go.</w:t>
      </w:r>
    </w:p>
    <w:p w14:paraId="391B2D3B"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62A31596"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257FFD93"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3A2FC153"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55186D96"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2530E491"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5FBD56AE"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7DB34067"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60BA9E89"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7260D5FE"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07FE6484"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4562DD5E"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Underline or mark one line image or detail you are comfortable sharing.</w:t>
      </w:r>
    </w:p>
    <w:p w14:paraId="7CD32893" w14:textId="77777777" w:rsidR="00F765B7" w:rsidRPr="00997D11" w:rsidRDefault="00000000">
      <w:pPr>
        <w:pStyle w:val="Heading1"/>
        <w:rPr>
          <w:rFonts w:asciiTheme="majorBidi" w:hAnsiTheme="majorBidi"/>
          <w:sz w:val="24"/>
          <w:szCs w:val="24"/>
        </w:rPr>
      </w:pPr>
      <w:r w:rsidRPr="00997D11">
        <w:rPr>
          <w:rFonts w:asciiTheme="majorBidi" w:hAnsiTheme="majorBidi"/>
          <w:sz w:val="24"/>
          <w:szCs w:val="24"/>
        </w:rPr>
        <w:t>Exit Reflection</w:t>
      </w:r>
    </w:p>
    <w:p w14:paraId="4BC88FE7"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One source of strength I carry from my people or communities is...</w:t>
      </w:r>
    </w:p>
    <w:p w14:paraId="68457E89"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4D144402"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1D81CC55"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178896EC" w14:textId="77777777" w:rsidR="00F765B7" w:rsidRPr="00997D11" w:rsidRDefault="00000000">
      <w:pPr>
        <w:keepNext/>
        <w:spacing w:before="100" w:after="80"/>
        <w:rPr>
          <w:rFonts w:asciiTheme="majorBidi" w:hAnsiTheme="majorBidi" w:cstheme="majorBidi"/>
          <w:sz w:val="24"/>
          <w:szCs w:val="24"/>
        </w:rPr>
      </w:pPr>
      <w:r w:rsidRPr="00997D11">
        <w:rPr>
          <w:rFonts w:asciiTheme="majorBidi" w:hAnsiTheme="majorBidi" w:cstheme="majorBidi"/>
          <w:b/>
          <w:sz w:val="24"/>
          <w:szCs w:val="24"/>
        </w:rPr>
        <w:t>Knowing where I come from may shape who I want to show up for by...</w:t>
      </w:r>
    </w:p>
    <w:p w14:paraId="6E129E7E"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5B5741E8"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t>________________________________________________________________________________</w:t>
      </w:r>
    </w:p>
    <w:p w14:paraId="3D883DF8" w14:textId="77777777" w:rsidR="00F765B7" w:rsidRPr="00997D11" w:rsidRDefault="00000000">
      <w:pPr>
        <w:spacing w:after="100"/>
        <w:rPr>
          <w:rFonts w:asciiTheme="majorBidi" w:hAnsiTheme="majorBidi" w:cstheme="majorBidi"/>
          <w:sz w:val="24"/>
          <w:szCs w:val="24"/>
        </w:rPr>
      </w:pPr>
      <w:r w:rsidRPr="00997D11">
        <w:rPr>
          <w:rFonts w:asciiTheme="majorBidi" w:hAnsiTheme="majorBidi" w:cstheme="majorBidi"/>
          <w:color w:val="696969"/>
          <w:sz w:val="24"/>
          <w:szCs w:val="24"/>
        </w:rPr>
        <w:lastRenderedPageBreak/>
        <w:t>________________________________________________________________________________</w:t>
      </w:r>
    </w:p>
    <w:sectPr w:rsidR="00F765B7" w:rsidRPr="00997D11" w:rsidSect="00034616">
      <w:footerReference w:type="default" r:id="rId8"/>
      <w:pgSz w:w="12240" w:h="15840"/>
      <w:pgMar w:top="749" w:right="979" w:bottom="749"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A979" w14:textId="77777777" w:rsidR="00F2210A" w:rsidRDefault="00F2210A">
      <w:pPr>
        <w:spacing w:after="0" w:line="240" w:lineRule="auto"/>
      </w:pPr>
      <w:r>
        <w:separator/>
      </w:r>
    </w:p>
  </w:endnote>
  <w:endnote w:type="continuationSeparator" w:id="0">
    <w:p w14:paraId="30436A11" w14:textId="77777777" w:rsidR="00F2210A" w:rsidRDefault="00F22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2DC8" w14:textId="77777777" w:rsidR="00F765B7" w:rsidRDefault="00000000">
    <w:pPr>
      <w:pStyle w:val="Footer"/>
      <w:jc w:val="center"/>
    </w:pPr>
    <w:r>
      <w:rPr>
        <w:color w:val="5A5A5A"/>
        <w:sz w:val="16"/>
      </w:rPr>
      <w:t xml:space="preserve">DePaul </w:t>
    </w:r>
    <w:proofErr w:type="gramStart"/>
    <w:r>
      <w:rPr>
        <w:color w:val="5A5A5A"/>
        <w:sz w:val="16"/>
      </w:rPr>
      <w:t>University  |</w:t>
    </w:r>
    <w:proofErr w:type="gramEnd"/>
    <w:r>
      <w:rPr>
        <w:color w:val="5A5A5A"/>
        <w:sz w:val="16"/>
      </w:rPr>
      <w:t xml:space="preserve">  College of </w:t>
    </w:r>
    <w:proofErr w:type="gramStart"/>
    <w:r>
      <w:rPr>
        <w:color w:val="5A5A5A"/>
        <w:sz w:val="16"/>
      </w:rPr>
      <w:t>Education  |</w:t>
    </w:r>
    <w:proofErr w:type="gramEnd"/>
    <w:r>
      <w:rPr>
        <w:color w:val="5A5A5A"/>
        <w:sz w:val="16"/>
      </w:rPr>
      <w:t xml:space="preserve">  Inspire and </w:t>
    </w:r>
    <w:proofErr w:type="gramStart"/>
    <w:r>
      <w:rPr>
        <w:color w:val="5A5A5A"/>
        <w:sz w:val="16"/>
      </w:rPr>
      <w:t>Impact  |</w:t>
    </w:r>
    <w:proofErr w:type="gramEnd"/>
    <w:r>
      <w:rPr>
        <w:color w:val="5A5A5A"/>
        <w:sz w:val="16"/>
      </w:rPr>
      <w:t xml:space="preserve">  Student Guide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CDCC" w14:textId="77777777" w:rsidR="00F2210A" w:rsidRDefault="00F2210A">
      <w:pPr>
        <w:spacing w:after="0" w:line="240" w:lineRule="auto"/>
      </w:pPr>
      <w:r>
        <w:separator/>
      </w:r>
    </w:p>
  </w:footnote>
  <w:footnote w:type="continuationSeparator" w:id="0">
    <w:p w14:paraId="2D29A632" w14:textId="77777777" w:rsidR="00F2210A" w:rsidRDefault="00F22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4732623">
    <w:abstractNumId w:val="8"/>
  </w:num>
  <w:num w:numId="2" w16cid:durableId="1875576373">
    <w:abstractNumId w:val="6"/>
  </w:num>
  <w:num w:numId="3" w16cid:durableId="922032686">
    <w:abstractNumId w:val="5"/>
  </w:num>
  <w:num w:numId="4" w16cid:durableId="121660195">
    <w:abstractNumId w:val="4"/>
  </w:num>
  <w:num w:numId="5" w16cid:durableId="1308903369">
    <w:abstractNumId w:val="7"/>
  </w:num>
  <w:num w:numId="6" w16cid:durableId="2060548879">
    <w:abstractNumId w:val="3"/>
  </w:num>
  <w:num w:numId="7" w16cid:durableId="180516212">
    <w:abstractNumId w:val="2"/>
  </w:num>
  <w:num w:numId="8" w16cid:durableId="470479">
    <w:abstractNumId w:val="1"/>
  </w:num>
  <w:num w:numId="9" w16cid:durableId="209734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97D11"/>
    <w:rsid w:val="00AA1D8D"/>
    <w:rsid w:val="00B47730"/>
    <w:rsid w:val="00CB0664"/>
    <w:rsid w:val="00F2210A"/>
    <w:rsid w:val="00F765B7"/>
    <w:rsid w:val="00FC693F"/>
    <w:rsid w:val="00FC6A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301A26"/>
  <w14:defaultImageDpi w14:val="300"/>
  <w15:docId w15:val="{A527389C-5131-2F4B-8DFC-8C73B1CF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Donna Foiles-Kiel</cp:lastModifiedBy>
  <cp:revision>2</cp:revision>
  <dcterms:created xsi:type="dcterms:W3CDTF">2013-12-23T23:15:00Z</dcterms:created>
  <dcterms:modified xsi:type="dcterms:W3CDTF">2026-09-11T02:21:00Z</dcterms:modified>
  <cp:category/>
</cp:coreProperties>
</file>