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Cómo contactar a otras personas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Usen una forma aprobada por la escuela o el docente para contactar a una persona u organización. No incluyan información personal de contacto del hogar.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Programa de Liderazgo Cívico en Acción (CLA)  |  Recurso editable para estudiantes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NOMBRE DE LA ESCUELA O DEL GRUPO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FECHA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PERSONA U ORGANIZACIÓN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LO QUE ESPERAMOS APRENDER O PEDIR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BORRADOR DEL MENSAJE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INFORMACIÓN DE CONTACTO DEL EQUIPO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Guarda una copia con tu nombre o el nombre del equipo antes de compartirla.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