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Evaluación del tema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Usen esto con su equipo para nombrar un tema, reunir lo que saben y decidir qué necesitan averiguar.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EL TEMA QUE ESTAMOS OBSERVANDO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POR QUÉ ESTO NOS IMPORTA A NOSOTROS O A NUESTRA COMUNIDAD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 que creemos saber</w:t>
            </w:r>
          </w:p>
        </w:tc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96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 que necesitamos averiguar</w:t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NUESTRO PRIMER PRÓXIMO PASO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