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Exploración del cambio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Piensen en quién o qué podría verse afectado antes de que su equipo elija una dirección.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Programa de Liderazgo Cívico en Acción (CLA)  |  Recurso editable para estudiantes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311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Quién o qué podría verse afectado</w:t>
            </w:r>
          </w:p>
        </w:tc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311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Posibles beneficios</w:t>
            </w:r>
          </w:p>
        </w:tc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311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Preguntas o preocupaciones</w:t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LO QUE TODAVÍA NECESITAMOS APRENDER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Guarda una copia con tu nombre o el nombre del equipo antes de compartirla.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