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Punto de oposición y contrapunto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Nombren las preocupaciones con consideración y luego reúnan evidencias e ideas que ayuden a su equipo a responder.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Programa de Liderazgo Cívico en Acción (CLA)  |  Recurso editable para estudiantes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968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Preocupación o punto de oposición</w:t>
            </w:r>
          </w:p>
        </w:tc>
        <w:tc>
          <w:tcPr>
            <w:tcW w:type="dxa" w:w="5112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968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Evidencia, respuesta o contrapunto</w:t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LO QUE QUEREMOS PREGUNTAR O APRENDER DESPUÉS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Guarda una copia con tu nombre o el nombre del equipo antes de compartirla.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