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Mi recorrido de evidencias de liderazgo cívico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Elige algunas piezas que ayuden a contar la historia de lo que observaste, aprendiste, hiciste y quieres llevar adelante. Conserva solo lo que les importe a ti y a tu equipo.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Momento o evidencia que quiero conservar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60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 que esto muestra sobre mi liderazgo cívico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015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Cómo podría usarlo después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Parte 1  Un punto de partida, pregunta o conexión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Parte 2  Una idea, fuente o experiencia que cambió mi forma de pensar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Parte 3 o 4  Una acción de liderazgo, una acción o una evidencia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Parte 5  Algo que quiero ayudar a compartir en la cumbre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EN LA CUMBRE QUIERO QUE LAS PERSONAS ENTIENDAN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4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MI ELECCIÓN PARA EL BUZÓN DE TRABAJOS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20"/>
        </w:rPr>
        <w:t>La evidencia o reflexión que me sentiría orgulloso de enviar por el Buzón de trabajos es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