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B55C1E" w:rsidRPr="0044778F" w14:paraId="3B7F4BA8" w14:textId="77777777">
        <w:trPr>
          <w:jc w:val="center"/>
        </w:trPr>
        <w:tc>
          <w:tcPr>
            <w:tcW w:w="5141" w:type="dxa"/>
            <w:shd w:val="clear" w:color="auto" w:fill="002D7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14:paraId="60647800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4778F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UNIVERSIDAD DE DEPAUL</w:t>
            </w:r>
          </w:p>
        </w:tc>
        <w:tc>
          <w:tcPr>
            <w:tcW w:w="5141" w:type="dxa"/>
            <w:shd w:val="clear" w:color="auto" w:fill="002D7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14:paraId="095C7849" w14:textId="77777777" w:rsidR="00B55C1E" w:rsidRPr="0044778F" w:rsidRDefault="00000000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44778F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FACULTAD DE EDUCACIÓN</w:t>
            </w:r>
            <w:r w:rsidRPr="0044778F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br/>
            </w:r>
            <w:r w:rsidRPr="0044778F">
              <w:rPr>
                <w:rFonts w:asciiTheme="majorBidi" w:hAnsiTheme="majorBidi" w:cstheme="majorBidi"/>
                <w:color w:val="FFFFFF"/>
                <w:sz w:val="24"/>
                <w:szCs w:val="24"/>
              </w:rPr>
              <w:t>Oficina de Aprendizaje Profesional Innovador</w:t>
            </w:r>
          </w:p>
        </w:tc>
      </w:tr>
    </w:tbl>
    <w:p w14:paraId="1D863C48" w14:textId="77777777" w:rsidR="00B55C1E" w:rsidRPr="0044778F" w:rsidRDefault="00000000">
      <w:pPr>
        <w:spacing w:before="280" w:after="4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b/>
          <w:color w:val="002D72"/>
          <w:sz w:val="24"/>
          <w:szCs w:val="24"/>
        </w:rPr>
        <w:t>PROGRAMA DE LIDERAZGO CÍVICO EN ACCIÓN (CLA)  |  GUÍA DEL ESTUDIANTE 1</w:t>
      </w:r>
      <w:proofErr w:type="gramStart"/>
      <w:r w:rsidRPr="0044778F">
        <w:rPr>
          <w:rFonts w:asciiTheme="majorBidi" w:hAnsiTheme="majorBidi" w:cstheme="majorBidi"/>
          <w:b/>
          <w:color w:val="002D72"/>
          <w:sz w:val="24"/>
          <w:szCs w:val="24"/>
        </w:rPr>
      </w:r>
      <w:proofErr w:type="gramEnd"/>
      <w:r w:rsidRPr="0044778F">
        <w:rPr>
          <w:rFonts w:asciiTheme="majorBidi" w:hAnsiTheme="majorBidi" w:cstheme="majorBidi"/>
          <w:b/>
          <w:color w:val="002D72"/>
          <w:sz w:val="24"/>
          <w:szCs w:val="24"/>
        </w:rPr>
      </w:r>
    </w:p>
    <w:p w14:paraId="41C35E3D" w14:textId="77777777" w:rsidR="00B55C1E" w:rsidRPr="0044778F" w:rsidRDefault="00000000">
      <w:pPr>
        <w:pStyle w:val="Title"/>
        <w:rPr>
          <w:rFonts w:asciiTheme="majorBidi" w:hAnsiTheme="majorBidi"/>
          <w:sz w:val="24"/>
          <w:szCs w:val="24"/>
        </w:rPr>
      </w:pPr>
      <w:r w:rsidRPr="0044778F">
        <w:rPr>
          <w:rFonts w:asciiTheme="majorBidi" w:hAnsiTheme="majorBidi"/>
          <w:sz w:val="24"/>
          <w:szCs w:val="24"/>
        </w:rPr>
        <w:t>Yo, yo y mi porqué</w:t>
      </w:r>
    </w:p>
    <w:p w14:paraId="7F0319F5" w14:textId="77777777" w:rsidR="00B55C1E" w:rsidRPr="0044778F" w:rsidRDefault="00000000">
      <w:pPr>
        <w:spacing w:after="24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b/>
          <w:color w:val="002D72"/>
          <w:sz w:val="24"/>
          <w:szCs w:val="24"/>
        </w:rPr>
        <w:t>La identidad como punto de partida del liderazgo cívico</w:t>
      </w:r>
    </w:p>
    <w:p w14:paraId="3507B701" w14:textId="77777777" w:rsidR="00B55C1E" w:rsidRPr="0044778F" w:rsidRDefault="00000000">
      <w:pPr>
        <w:spacing w:after="24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sz w:val="24"/>
          <w:szCs w:val="24"/>
        </w:rPr>
        <w:t>En esta experiencia, notarás lo que tus recuerdos y relaciones revelan sobre ti, compararás cómo otras personas podrían percibirte y elegirás una cualidad de liderazgo para practicar.</w:t>
      </w:r>
    </w:p>
    <w:p w14:paraId="04046387" w14:textId="77777777" w:rsidR="00B55C1E" w:rsidRPr="0044778F" w:rsidRDefault="00000000">
      <w:pPr>
        <w:spacing w:after="14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b/>
          <w:sz w:val="24"/>
          <w:szCs w:val="24"/>
        </w:rPr>
        <w:t xml:space="preserve">Nombre: </w:t>
      </w:r>
      <w:r w:rsidRPr="0044778F">
        <w:rPr>
          <w:rFonts w:asciiTheme="majorBidi" w:hAnsiTheme="majorBidi" w:cstheme="majorBidi"/>
          <w:color w:val="505050"/>
          <w:sz w:val="24"/>
          <w:szCs w:val="24"/>
        </w:rPr>
        <w:t>________________________________________________________________________</w:t>
      </w:r>
    </w:p>
    <w:p w14:paraId="376AF46E" w14:textId="77777777" w:rsidR="00B55C1E" w:rsidRPr="0044778F" w:rsidRDefault="00000000">
      <w:pPr>
        <w:spacing w:after="14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b/>
          <w:sz w:val="24"/>
          <w:szCs w:val="24"/>
        </w:rPr>
        <w:t xml:space="preserve">Fecha: </w:t>
      </w:r>
      <w:r w:rsidRPr="0044778F">
        <w:rPr>
          <w:rFonts w:asciiTheme="majorBidi" w:hAnsiTheme="majorBidi" w:cstheme="majorBidi"/>
          <w:color w:val="505050"/>
          <w:sz w:val="24"/>
          <w:szCs w:val="24"/>
        </w:rPr>
        <w:t>________________________________________________________________________</w:t>
      </w:r>
    </w:p>
    <w:p w14:paraId="56F9E10B" w14:textId="77777777" w:rsidR="00B55C1E" w:rsidRPr="0044778F" w:rsidRDefault="00000000">
      <w:pPr>
        <w:pStyle w:val="Heading1"/>
        <w:rPr>
          <w:rFonts w:asciiTheme="majorBidi" w:hAnsiTheme="majorBidi"/>
          <w:sz w:val="24"/>
          <w:szCs w:val="24"/>
        </w:rPr>
      </w:pPr>
      <w:proofErr w:type="gramStart"/>
      <w:r w:rsidRPr="0044778F">
        <w:rPr>
          <w:rFonts w:asciiTheme="majorBidi" w:hAnsiTheme="majorBidi"/>
          <w:sz w:val="24"/>
          <w:szCs w:val="24"/>
        </w:rPr>
        <w:t>1  Iniciar la indagación</w:t>
      </w:r>
      <w:proofErr w:type="gramEnd"/>
      <w:r w:rsidRPr="0044778F">
        <w:rPr>
          <w:rFonts w:asciiTheme="majorBidi" w:hAnsiTheme="majorBidi"/>
          <w:sz w:val="24"/>
          <w:szCs w:val="24"/>
        </w:rPr>
      </w:r>
    </w:p>
    <w:p w14:paraId="4B3B57E2" w14:textId="77777777" w:rsidR="00B55C1E" w:rsidRPr="0044778F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b/>
          <w:sz w:val="24"/>
          <w:szCs w:val="24"/>
        </w:rPr>
        <w:t>Piensa en un juguete u objeto que te encantaba cuando eras más pequeño/a. ¿Qué era?</w:t>
      </w:r>
    </w:p>
    <w:p w14:paraId="3EA760BA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3636A16D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8DBB4FA" w14:textId="77777777" w:rsidR="00B55C1E" w:rsidRPr="0044778F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b/>
          <w:sz w:val="24"/>
          <w:szCs w:val="24"/>
        </w:rPr>
        <w:t>¿Por qué era importante para ti? ¿Qué te ayudaba a sentir, imaginar, crear, practicar o hacer?</w:t>
      </w:r>
    </w:p>
    <w:p w14:paraId="4FBAC79E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4B88C859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597AD0E7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57AD0E33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2506A407" w14:textId="77777777" w:rsidR="00B55C1E" w:rsidRPr="0044778F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b/>
          <w:sz w:val="24"/>
          <w:szCs w:val="24"/>
        </w:rPr>
        <w:t>Encierra las palabras que se relacionen con tu recuerdo.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B55C1E" w:rsidRPr="0044778F" w14:paraId="15FF0BD1" w14:textId="77777777">
        <w:trPr>
          <w:jc w:val="center"/>
        </w:trPr>
        <w:tc>
          <w:tcPr>
            <w:tcW w:w="5141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0ACF70CB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44778F">
              <w:rPr>
                <w:rFonts w:ascii="Segoe UI Symbol" w:hAnsi="Segoe UI Symbol" w:cs="Segoe UI Symbol"/>
                <w:sz w:val="24"/>
                <w:szCs w:val="24"/>
              </w:rPr>
              <w:t>☐  Aventura</w:t>
            </w:r>
            <w:r w:rsidRPr="0044778F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</w:p>
        </w:tc>
        <w:tc>
          <w:tcPr>
            <w:tcW w:w="5141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5326E3D4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44778F">
              <w:rPr>
                <w:rFonts w:ascii="Segoe UI Symbol" w:hAnsi="Segoe UI Symbol" w:cs="Segoe UI Symbol"/>
                <w:sz w:val="24"/>
                <w:szCs w:val="24"/>
              </w:rPr>
              <w:t>☐  Pertenencia</w:t>
            </w:r>
            <w:r w:rsidRPr="0044778F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</w:p>
        </w:tc>
      </w:tr>
      <w:tr w:rsidR="00B55C1E" w:rsidRPr="0044778F" w14:paraId="1ACAC5C9" w14:textId="77777777">
        <w:trPr>
          <w:jc w:val="center"/>
        </w:trPr>
        <w:tc>
          <w:tcPr>
            <w:tcW w:w="5141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7475158F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44778F">
              <w:rPr>
                <w:rFonts w:ascii="Segoe UI Symbol" w:hAnsi="Segoe UI Symbol" w:cs="Segoe UI Symbol"/>
                <w:sz w:val="24"/>
                <w:szCs w:val="24"/>
              </w:rPr>
              <w:t>☐  Comodidad</w:t>
            </w:r>
            <w:r w:rsidRPr="0044778F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</w:p>
        </w:tc>
        <w:tc>
          <w:tcPr>
            <w:tcW w:w="5141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4AC8F779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44778F">
              <w:rPr>
                <w:rFonts w:ascii="Segoe UI Symbol" w:hAnsi="Segoe UI Symbol" w:cs="Segoe UI Symbol"/>
                <w:sz w:val="24"/>
                <w:szCs w:val="24"/>
              </w:rPr>
              <w:t>☐  Competencia</w:t>
            </w:r>
            <w:r w:rsidRPr="0044778F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</w:p>
        </w:tc>
      </w:tr>
      <w:tr w:rsidR="00B55C1E" w:rsidRPr="0044778F" w14:paraId="08B4D637" w14:textId="77777777">
        <w:trPr>
          <w:jc w:val="center"/>
        </w:trPr>
        <w:tc>
          <w:tcPr>
            <w:tcW w:w="5141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701267EA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44778F">
              <w:rPr>
                <w:rFonts w:ascii="Segoe UI Symbol" w:hAnsi="Segoe UI Symbol" w:cs="Segoe UI Symbol"/>
                <w:sz w:val="24"/>
                <w:szCs w:val="24"/>
              </w:rPr>
              <w:t>☐  Conexión</w:t>
            </w:r>
            <w:r w:rsidRPr="0044778F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</w:p>
        </w:tc>
        <w:tc>
          <w:tcPr>
            <w:tcW w:w="5141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0D29692F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44778F">
              <w:rPr>
                <w:rFonts w:ascii="Segoe UI Symbol" w:hAnsi="Segoe UI Symbol" w:cs="Segoe UI Symbol"/>
                <w:sz w:val="24"/>
                <w:szCs w:val="24"/>
              </w:rPr>
              <w:t>☐  Creatividad</w:t>
            </w:r>
            <w:r w:rsidRPr="0044778F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</w:p>
        </w:tc>
      </w:tr>
      <w:tr w:rsidR="00B55C1E" w:rsidRPr="0044778F" w14:paraId="31A31143" w14:textId="77777777">
        <w:trPr>
          <w:jc w:val="center"/>
        </w:trPr>
        <w:tc>
          <w:tcPr>
            <w:tcW w:w="5141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1C8AC0EB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44778F">
              <w:rPr>
                <w:rFonts w:ascii="Segoe UI Symbol" w:hAnsi="Segoe UI Symbol" w:cs="Segoe UI Symbol"/>
                <w:sz w:val="24"/>
                <w:szCs w:val="24"/>
              </w:rPr>
              <w:t>☐  Curiosidad</w:t>
            </w:r>
            <w:r w:rsidRPr="0044778F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</w:p>
        </w:tc>
        <w:tc>
          <w:tcPr>
            <w:tcW w:w="5141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1217AF0C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44778F">
              <w:rPr>
                <w:rFonts w:ascii="Segoe UI Symbol" w:hAnsi="Segoe UI Symbol" w:cs="Segoe UI Symbol"/>
                <w:sz w:val="24"/>
                <w:szCs w:val="24"/>
              </w:rPr>
              <w:t>☐  Libertad</w:t>
            </w:r>
            <w:r w:rsidRPr="0044778F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</w:p>
        </w:tc>
      </w:tr>
      <w:tr w:rsidR="00B55C1E" w:rsidRPr="0044778F" w14:paraId="7E333585" w14:textId="77777777">
        <w:trPr>
          <w:jc w:val="center"/>
        </w:trPr>
        <w:tc>
          <w:tcPr>
            <w:tcW w:w="5141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57DA1021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44778F">
              <w:rPr>
                <w:rFonts w:ascii="Segoe UI Symbol" w:hAnsi="Segoe UI Symbol" w:cs="Segoe UI Symbol"/>
                <w:sz w:val="24"/>
                <w:szCs w:val="24"/>
              </w:rPr>
              <w:t>☐  Diversión</w:t>
            </w:r>
            <w:r w:rsidRPr="0044778F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</w:p>
        </w:tc>
        <w:tc>
          <w:tcPr>
            <w:tcW w:w="5141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63A9A531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44778F">
              <w:rPr>
                <w:rFonts w:ascii="Segoe UI Symbol" w:hAnsi="Segoe UI Symbol" w:cs="Segoe UI Symbol"/>
                <w:sz w:val="24"/>
                <w:szCs w:val="24"/>
              </w:rPr>
              <w:t>☐  Sentirte capaz</w:t>
            </w:r>
            <w:r w:rsidRPr="0044778F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  <w:r w:rsidRPr="0044778F">
              <w:rPr>
                <w:rFonts w:asciiTheme="majorBidi" w:hAnsiTheme="majorBidi" w:cstheme="majorBidi"/>
                <w:sz w:val="24"/>
                <w:szCs w:val="24"/>
              </w:rPr>
            </w:r>
          </w:p>
        </w:tc>
      </w:tr>
      <w:tr w:rsidR="00B55C1E" w:rsidRPr="0044778F" w14:paraId="3C87FBE7" w14:textId="77777777">
        <w:trPr>
          <w:jc w:val="center"/>
        </w:trPr>
        <w:tc>
          <w:tcPr>
            <w:tcW w:w="5141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0D991EAA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44778F">
              <w:rPr>
                <w:rFonts w:ascii="Segoe UI Symbol" w:hAnsi="Segoe UI Symbol" w:cs="Segoe UI Symbol"/>
                <w:sz w:val="24"/>
                <w:szCs w:val="24"/>
              </w:rPr>
              <w:t>☐  Seguridad</w:t>
            </w:r>
            <w:r w:rsidRPr="0044778F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</w:p>
        </w:tc>
        <w:tc>
          <w:tcPr>
            <w:tcW w:w="5141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463A1016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44778F">
              <w:rPr>
                <w:rFonts w:ascii="Segoe UI Symbol" w:hAnsi="Segoe UI Symbol" w:cs="Segoe UI Symbol"/>
                <w:sz w:val="24"/>
                <w:szCs w:val="24"/>
              </w:rPr>
              <w:t>☐  Algo más</w:t>
            </w:r>
            <w:r w:rsidRPr="0044778F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  <w:r w:rsidRPr="0044778F">
              <w:rPr>
                <w:rFonts w:asciiTheme="majorBidi" w:hAnsiTheme="majorBidi" w:cstheme="majorBidi"/>
                <w:sz w:val="24"/>
                <w:szCs w:val="24"/>
              </w:rPr>
            </w:r>
          </w:p>
        </w:tc>
      </w:tr>
    </w:tbl>
    <w:p w14:paraId="47D79393" w14:textId="77777777" w:rsidR="00B55C1E" w:rsidRPr="0044778F" w:rsidRDefault="00000000">
      <w:pPr>
        <w:pStyle w:val="Heading1"/>
        <w:rPr>
          <w:rFonts w:asciiTheme="majorBidi" w:hAnsiTheme="majorBidi"/>
          <w:sz w:val="24"/>
          <w:szCs w:val="24"/>
        </w:rPr>
      </w:pPr>
      <w:proofErr w:type="gramStart"/>
      <w:r w:rsidRPr="0044778F">
        <w:rPr>
          <w:rFonts w:asciiTheme="majorBidi" w:hAnsiTheme="majorBidi"/>
          <w:sz w:val="24"/>
          <w:szCs w:val="24"/>
        </w:rPr>
        <w:t>2  Profundizar la indagación</w:t>
      </w:r>
      <w:proofErr w:type="gramEnd"/>
      <w:r w:rsidRPr="0044778F">
        <w:rPr>
          <w:rFonts w:asciiTheme="majorBidi" w:hAnsiTheme="majorBidi"/>
          <w:sz w:val="24"/>
          <w:szCs w:val="24"/>
        </w:rPr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427"/>
        <w:gridCol w:w="3427"/>
        <w:gridCol w:w="3427"/>
      </w:tblGrid>
      <w:tr w:rsidR="00B55C1E" w:rsidRPr="0044778F" w14:paraId="53E4229E" w14:textId="77777777">
        <w:trPr>
          <w:jc w:val="center"/>
        </w:trPr>
        <w:tc>
          <w:tcPr>
            <w:tcW w:w="3427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4455342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4778F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Alguien que me conoce bien diría</w:t>
            </w:r>
          </w:p>
        </w:tc>
        <w:tc>
          <w:tcPr>
            <w:tcW w:w="3427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297D12F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4778F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Alguien que a veces no me entiende diría</w:t>
            </w:r>
          </w:p>
        </w:tc>
        <w:tc>
          <w:tcPr>
            <w:tcW w:w="3427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540D97A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4778F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Quiero que me perciban como</w:t>
            </w:r>
          </w:p>
        </w:tc>
      </w:tr>
      <w:tr w:rsidR="00B55C1E" w:rsidRPr="0044778F" w14:paraId="2F36D864" w14:textId="77777777">
        <w:trPr>
          <w:jc w:val="center"/>
        </w:trPr>
        <w:tc>
          <w:tcPr>
            <w:tcW w:w="3384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7210E6A1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4778F">
              <w:rPr>
                <w:rFonts w:asciiTheme="majorBidi" w:hAnsiTheme="majorBidi" w:cstheme="majorBidi"/>
                <w:sz w:val="24"/>
                <w:szCs w:val="24"/>
              </w:rPr>
              <w:t>1. ____________________</w:t>
            </w:r>
          </w:p>
        </w:tc>
        <w:tc>
          <w:tcPr>
            <w:tcW w:w="3384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0D6CA986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4778F">
              <w:rPr>
                <w:rFonts w:asciiTheme="majorBidi" w:hAnsiTheme="majorBidi" w:cstheme="majorBidi"/>
                <w:sz w:val="24"/>
                <w:szCs w:val="24"/>
              </w:rPr>
              <w:t>1. ____________________</w:t>
            </w:r>
          </w:p>
        </w:tc>
        <w:tc>
          <w:tcPr>
            <w:tcW w:w="3384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1CB036E6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4778F">
              <w:rPr>
                <w:rFonts w:asciiTheme="majorBidi" w:hAnsiTheme="majorBidi" w:cstheme="majorBidi"/>
                <w:sz w:val="24"/>
                <w:szCs w:val="24"/>
              </w:rPr>
              <w:t>1. ____________________</w:t>
            </w:r>
          </w:p>
        </w:tc>
      </w:tr>
      <w:tr w:rsidR="00B55C1E" w:rsidRPr="0044778F" w14:paraId="6ABD1CDF" w14:textId="77777777">
        <w:trPr>
          <w:jc w:val="center"/>
        </w:trPr>
        <w:tc>
          <w:tcPr>
            <w:tcW w:w="3384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66184F10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4778F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2. ____________________</w:t>
            </w:r>
          </w:p>
        </w:tc>
        <w:tc>
          <w:tcPr>
            <w:tcW w:w="3384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4D9E17BE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4778F">
              <w:rPr>
                <w:rFonts w:asciiTheme="majorBidi" w:hAnsiTheme="majorBidi" w:cstheme="majorBidi"/>
                <w:sz w:val="24"/>
                <w:szCs w:val="24"/>
              </w:rPr>
              <w:t>2. ____________________</w:t>
            </w:r>
          </w:p>
        </w:tc>
        <w:tc>
          <w:tcPr>
            <w:tcW w:w="3384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4501A253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4778F">
              <w:rPr>
                <w:rFonts w:asciiTheme="majorBidi" w:hAnsiTheme="majorBidi" w:cstheme="majorBidi"/>
                <w:sz w:val="24"/>
                <w:szCs w:val="24"/>
              </w:rPr>
              <w:t>2. ____________________</w:t>
            </w:r>
          </w:p>
        </w:tc>
      </w:tr>
      <w:tr w:rsidR="00B55C1E" w:rsidRPr="0044778F" w14:paraId="3749F703" w14:textId="77777777">
        <w:trPr>
          <w:jc w:val="center"/>
        </w:trPr>
        <w:tc>
          <w:tcPr>
            <w:tcW w:w="3384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7409853A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4778F">
              <w:rPr>
                <w:rFonts w:asciiTheme="majorBidi" w:hAnsiTheme="majorBidi" w:cstheme="majorBidi"/>
                <w:sz w:val="24"/>
                <w:szCs w:val="24"/>
              </w:rPr>
              <w:t>3. ____________________</w:t>
            </w:r>
          </w:p>
        </w:tc>
        <w:tc>
          <w:tcPr>
            <w:tcW w:w="3384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2C4909B1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4778F">
              <w:rPr>
                <w:rFonts w:asciiTheme="majorBidi" w:hAnsiTheme="majorBidi" w:cstheme="majorBidi"/>
                <w:sz w:val="24"/>
                <w:szCs w:val="24"/>
              </w:rPr>
              <w:t>3. ____________________</w:t>
            </w:r>
          </w:p>
        </w:tc>
        <w:tc>
          <w:tcPr>
            <w:tcW w:w="3384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09059C4D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4778F">
              <w:rPr>
                <w:rFonts w:asciiTheme="majorBidi" w:hAnsiTheme="majorBidi" w:cstheme="majorBidi"/>
                <w:sz w:val="24"/>
                <w:szCs w:val="24"/>
              </w:rPr>
              <w:t>3. ____________________</w:t>
            </w:r>
          </w:p>
        </w:tc>
      </w:tr>
    </w:tbl>
    <w:p w14:paraId="2B95FB0B" w14:textId="77777777" w:rsidR="00B55C1E" w:rsidRPr="0044778F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b/>
          <w:sz w:val="24"/>
          <w:szCs w:val="24"/>
        </w:rPr>
        <w:t>¿Qué notas al comparar las tres listas?</w:t>
      </w:r>
    </w:p>
    <w:p w14:paraId="33CC9D61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4BBE578C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031705F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3B0D689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12232070" w14:textId="77777777" w:rsidR="00B55C1E" w:rsidRPr="0044778F" w:rsidRDefault="00000000">
      <w:pPr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sz w:val="24"/>
          <w:szCs w:val="24"/>
        </w:rPr>
        <w:br w:type="page"/>
      </w:r>
    </w:p>
    <w:p w14:paraId="68A013EB" w14:textId="77777777" w:rsidR="00B55C1E" w:rsidRPr="0044778F" w:rsidRDefault="00000000">
      <w:pPr>
        <w:pStyle w:val="Heading1"/>
        <w:rPr>
          <w:rFonts w:asciiTheme="majorBidi" w:hAnsiTheme="majorBidi"/>
          <w:sz w:val="24"/>
          <w:szCs w:val="24"/>
        </w:rPr>
      </w:pPr>
      <w:proofErr w:type="gramStart"/>
      <w:r w:rsidRPr="0044778F">
        <w:rPr>
          <w:rFonts w:asciiTheme="majorBidi" w:hAnsiTheme="majorBidi"/>
          <w:sz w:val="24"/>
          <w:szCs w:val="24"/>
        </w:rPr>
        <w:t>3  Conectar y actuar</w:t>
      </w:r>
      <w:proofErr w:type="gramEnd"/>
      <w:r w:rsidRPr="0044778F">
        <w:rPr>
          <w:rFonts w:asciiTheme="majorBidi" w:hAnsiTheme="majorBidi"/>
          <w:sz w:val="24"/>
          <w:szCs w:val="24"/>
        </w:rPr>
      </w:r>
    </w:p>
    <w:p w14:paraId="60291727" w14:textId="77777777" w:rsidR="00B55C1E" w:rsidRPr="0044778F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b/>
          <w:sz w:val="24"/>
          <w:szCs w:val="24"/>
        </w:rPr>
        <w:t>Elige una cualidad que quieras practicar durante el programa CLA.</w:t>
      </w:r>
    </w:p>
    <w:p w14:paraId="236A2BE1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3B22221E" w14:textId="77777777" w:rsidR="00B55C1E" w:rsidRPr="0044778F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b/>
          <w:sz w:val="24"/>
          <w:szCs w:val="24"/>
        </w:rPr>
        <w:t>Completa tu intención de liderazgo.</w:t>
      </w:r>
    </w:p>
    <w:p w14:paraId="2783A866" w14:textId="77777777" w:rsidR="00B55C1E" w:rsidRPr="0044778F" w:rsidRDefault="00000000">
      <w:pPr>
        <w:spacing w:before="200" w:after="28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b/>
          <w:sz w:val="24"/>
          <w:szCs w:val="24"/>
        </w:rPr>
        <w:t xml:space="preserve">Durante el Programa CLA, practicaré ser </w:t>
      </w:r>
      <w:r w:rsidRPr="0044778F">
        <w:rPr>
          <w:rFonts w:asciiTheme="majorBidi" w:hAnsiTheme="majorBidi" w:cstheme="majorBidi"/>
          <w:sz w:val="24"/>
          <w:szCs w:val="24"/>
        </w:rPr>
        <w:t>____________________</w:t>
      </w:r>
      <w:r w:rsidRPr="0044778F">
        <w:rPr>
          <w:rFonts w:asciiTheme="majorBidi" w:hAnsiTheme="majorBidi" w:cstheme="majorBidi"/>
          <w:b/>
          <w:sz w:val="24"/>
          <w:szCs w:val="24"/>
        </w:rPr>
        <w:t xml:space="preserve"> al </w:t>
      </w:r>
      <w:r w:rsidRPr="0044778F">
        <w:rPr>
          <w:rFonts w:asciiTheme="majorBidi" w:hAnsiTheme="majorBidi" w:cstheme="majorBidi"/>
          <w:sz w:val="24"/>
          <w:szCs w:val="24"/>
        </w:rPr>
        <w:t>____________________________.</w:t>
      </w:r>
    </w:p>
    <w:p w14:paraId="00E0202F" w14:textId="77777777" w:rsidR="00B55C1E" w:rsidRPr="0044778F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b/>
          <w:sz w:val="24"/>
          <w:szCs w:val="24"/>
        </w:rPr>
        <w:t>¿Qué podría ver o escuchar otra persona si vives esta intención?</w:t>
      </w:r>
    </w:p>
    <w:p w14:paraId="313F575C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607254F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3B2F3894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1D9A6514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4724658A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5A583E97" w14:textId="77777777" w:rsidR="00B55C1E" w:rsidRPr="0044778F" w:rsidRDefault="00000000">
      <w:pPr>
        <w:pStyle w:val="Heading1"/>
        <w:rPr>
          <w:rFonts w:asciiTheme="majorBidi" w:hAnsiTheme="majorBidi"/>
          <w:sz w:val="24"/>
          <w:szCs w:val="24"/>
        </w:rPr>
      </w:pPr>
      <w:r w:rsidRPr="0044778F">
        <w:rPr>
          <w:rFonts w:asciiTheme="majorBidi" w:hAnsiTheme="majorBidi"/>
          <w:sz w:val="24"/>
          <w:szCs w:val="24"/>
        </w:rPr>
        <w:t>Reflexión de cierre</w:t>
      </w:r>
    </w:p>
    <w:p w14:paraId="0666106F" w14:textId="77777777" w:rsidR="00B55C1E" w:rsidRPr="0044778F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b/>
          <w:sz w:val="24"/>
          <w:szCs w:val="24"/>
        </w:rPr>
        <w:t>Una cosa que aprendí o recordé sobre mí hoy es...</w:t>
      </w:r>
    </w:p>
    <w:p w14:paraId="1491232E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1EFF5FAC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460619A8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73132981" w14:textId="77777777" w:rsidR="00B55C1E" w:rsidRPr="0044778F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b/>
          <w:sz w:val="24"/>
          <w:szCs w:val="24"/>
        </w:rPr>
        <w:t>Una cualidad de liderazgo que ya tengo es...</w:t>
      </w:r>
    </w:p>
    <w:p w14:paraId="412C3426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57D95A10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sectPr w:rsidR="00B55C1E" w:rsidRPr="0044778F" w:rsidSect="00034616">
      <w:footerReference w:type="default" r:id="rId8"/>
      <w:headerReference w:type="default" r:id="rId11"/>
      <w:headerReference w:type="first" r:id="rId12"/>
      <w:footerReference w:type="first" r:id="rId13"/>
      <w:headerReference w:type="even" r:id="rId14"/>
      <w:footerReference w:type="even" r:id="rId15"/>
      <w:pgSz w:w="12240" w:h="15840"/>
      <w:pgMar w:top="749" w:right="979" w:bottom="749" w:left="9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74EEB" w14:textId="77777777" w:rsidR="008A3D83" w:rsidRDefault="008A3D83">
      <w:pPr>
        <w:spacing w:after="0" w:line="240" w:lineRule="auto"/>
      </w:pPr>
      <w:r>
        <w:separator/>
      </w:r>
    </w:p>
  </w:endnote>
  <w:endnote w:type="continuationSeparator" w:id="0">
    <w:p w14:paraId="56AE0686" w14:textId="77777777" w:rsidR="008A3D83" w:rsidRDefault="008A3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C3F8B" w14:textId="77777777" w:rsidR="00B55C1E" w:rsidRDefault="00000000">
    <w:pPr>
      <w:pStyle w:val="Footer"/>
      <w:jc w:val="center"/>
    </w:pPr>
    <w:r>
      <w:rPr>
        <w:color w:val="5A5A5A"/>
        <w:sz w:val="16"/>
      </w:rPr>
      <w:t>Universidad DePaul  |  Facultad de Educación  |  Programa CLA  |  Guía del estudiante 1</w:t>
    </w:r>
    <w:proofErr w:type="gramStart"/>
    <w:r>
      <w:rPr>
        <w:color w:val="5A5A5A"/>
        <w:sz w:val="16"/>
      </w:rPr>
    </w:r>
    <w:proofErr w:type="gramEnd"/>
    <w:r>
      <w:rPr>
        <w:color w:val="5A5A5A"/>
        <w:sz w:val="16"/>
      </w:rPr>
    </w:r>
    <w:proofErr w:type="gramStart"/>
    <w:r>
      <w:rPr>
        <w:color w:val="5A5A5A"/>
        <w:sz w:val="16"/>
      </w:rPr>
    </w:r>
    <w:proofErr w:type="gramEnd"/>
    <w:r>
      <w:rPr>
        <w:color w:val="5A5A5A"/>
        <w:sz w:val="16"/>
      </w:rPr>
    </w:r>
    <w:proofErr w:type="gramStart"/>
    <w:r>
      <w:rPr>
        <w:color w:val="5A5A5A"/>
        <w:sz w:val="16"/>
      </w:rPr>
    </w:r>
    <w:proofErr w:type="gramEnd"/>
    <w:r>
      <w:rPr>
        <w:color w:val="5A5A5A"/>
        <w:sz w:val="16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30BB3" w14:textId="77777777" w:rsidR="008A3D83" w:rsidRDefault="008A3D83">
      <w:pPr>
        <w:spacing w:after="0" w:line="240" w:lineRule="auto"/>
      </w:pPr>
      <w:r>
        <w:separator/>
      </w:r>
    </w:p>
  </w:footnote>
  <w:footnote w:type="continuationSeparator" w:id="0">
    <w:p w14:paraId="6C4F97A9" w14:textId="77777777" w:rsidR="008A3D83" w:rsidRDefault="008A3D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8675367">
    <w:abstractNumId w:val="8"/>
  </w:num>
  <w:num w:numId="2" w16cid:durableId="1214196893">
    <w:abstractNumId w:val="6"/>
  </w:num>
  <w:num w:numId="3" w16cid:durableId="1099329908">
    <w:abstractNumId w:val="5"/>
  </w:num>
  <w:num w:numId="4" w16cid:durableId="593712421">
    <w:abstractNumId w:val="4"/>
  </w:num>
  <w:num w:numId="5" w16cid:durableId="1614902681">
    <w:abstractNumId w:val="7"/>
  </w:num>
  <w:num w:numId="6" w16cid:durableId="610237487">
    <w:abstractNumId w:val="3"/>
  </w:num>
  <w:num w:numId="7" w16cid:durableId="2099205137">
    <w:abstractNumId w:val="2"/>
  </w:num>
  <w:num w:numId="8" w16cid:durableId="857230364">
    <w:abstractNumId w:val="1"/>
  </w:num>
  <w:num w:numId="9" w16cid:durableId="912161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778F"/>
    <w:rsid w:val="008A3D83"/>
    <w:rsid w:val="00AA1D8D"/>
    <w:rsid w:val="00B47730"/>
    <w:rsid w:val="00B55C1E"/>
    <w:rsid w:val="00CB0664"/>
    <w:rsid w:val="00FC693F"/>
    <w:rsid w:val="00FC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C673A0"/>
  <w14:defaultImageDpi w14:val="300"/>
  <w15:docId w15:val="{A527389C-5131-2F4B-8DFC-8C73B1CFB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Donna Foiles-Kiel</cp:lastModifiedBy>
  <cp:revision>2</cp:revision>
  <dcterms:created xsi:type="dcterms:W3CDTF">2013-12-23T23:15:00Z</dcterms:created>
  <dcterms:modified xsi:type="dcterms:W3CDTF">2026-09-11T02:24:00Z</dcterms:modified>
  <cp:category/>
</cp:coreProperties>
</file>