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F765B7" w:rsidRPr="00997D11" w14:paraId="0D62F168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5B12813A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UNIVERSIDAD DE DEPAUL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6FF46210" w14:textId="77777777" w:rsidR="00F765B7" w:rsidRPr="00997D11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FACULTAD DE EDUCACIÓN</w:t>
            </w: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997D11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Oficina de Aprendizaje Profesional Innovador</w:t>
            </w:r>
          </w:p>
        </w:tc>
      </w:tr>
    </w:tbl>
    <w:p w14:paraId="27D3E458" w14:textId="77777777" w:rsidR="00F765B7" w:rsidRPr="00997D11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color w:val="002D72"/>
          <w:sz w:val="24"/>
          <w:szCs w:val="24"/>
        </w:rPr>
        <w:t>PROGRAMA DE LIDERAZGO CÍVICO EN ACCIÓN (CLA)  |  GUÍA DEL ESTUDIANTE 2</w:t>
      </w:r>
      <w:proofErr w:type="gramStart"/>
      <w:r w:rsidRPr="00997D11">
        <w:rPr>
          <w:rFonts w:asciiTheme="majorBidi" w:hAnsiTheme="majorBidi" w:cstheme="majorBidi"/>
          <w:b/>
          <w:color w:val="002D72"/>
          <w:sz w:val="24"/>
          <w:szCs w:val="24"/>
        </w:rPr>
      </w:r>
      <w:proofErr w:type="gramEnd"/>
      <w:r w:rsidRPr="00997D11">
        <w:rPr>
          <w:rFonts w:asciiTheme="majorBidi" w:hAnsiTheme="majorBidi" w:cstheme="majorBidi"/>
          <w:b/>
          <w:color w:val="002D72"/>
          <w:sz w:val="24"/>
          <w:szCs w:val="24"/>
        </w:rPr>
      </w:r>
    </w:p>
    <w:p w14:paraId="06EBDB57" w14:textId="77777777" w:rsidR="00F765B7" w:rsidRPr="00997D11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997D11">
        <w:rPr>
          <w:rFonts w:asciiTheme="majorBidi" w:hAnsiTheme="majorBidi"/>
          <w:sz w:val="24"/>
          <w:szCs w:val="24"/>
        </w:rPr>
        <w:t>Mi gente</w:t>
      </w:r>
    </w:p>
    <w:p w14:paraId="214A4424" w14:textId="77777777" w:rsidR="00F765B7" w:rsidRPr="00997D11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color w:val="002D72"/>
          <w:sz w:val="24"/>
          <w:szCs w:val="24"/>
        </w:rPr>
        <w:t>Las personas, los lugares y los detalles que dan forma a quienes somos</w:t>
      </w:r>
    </w:p>
    <w:p w14:paraId="3924E103" w14:textId="77777777" w:rsidR="00F765B7" w:rsidRPr="00997D11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sz w:val="24"/>
          <w:szCs w:val="24"/>
        </w:rPr>
        <w:t>En esta experiencia, notarás las personas, los lugares, los sonidos, los dichos, las tradiciones y los recuerdos que llevas contigo. Crearás algo que muestre de dónde vienes y pensarás cómo tu gente influye en tu manera de liderar.</w:t>
      </w:r>
    </w:p>
    <w:p w14:paraId="56D8F1F3" w14:textId="77777777" w:rsidR="00F765B7" w:rsidRPr="00997D11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 xml:space="preserve">Nombre: </w:t>
      </w:r>
      <w:r w:rsidRPr="00997D11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75CC2F0F" w14:textId="3FCED3EC" w:rsidR="00F765B7" w:rsidRPr="00997D11" w:rsidRDefault="00000000" w:rsidP="00997D11">
      <w:pPr>
        <w:spacing w:after="14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 xml:space="preserve">Fecha: </w:t>
      </w:r>
      <w:r w:rsidRPr="00997D11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3536488A" w14:textId="77777777" w:rsidR="00F765B7" w:rsidRPr="00997D11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997D11">
        <w:rPr>
          <w:rFonts w:asciiTheme="majorBidi" w:hAnsiTheme="majorBidi"/>
          <w:sz w:val="24"/>
          <w:szCs w:val="24"/>
        </w:rPr>
        <w:t>1  Iniciar la indagación</w:t>
      </w:r>
      <w:proofErr w:type="gramEnd"/>
      <w:r w:rsidRPr="00997D11">
        <w:rPr>
          <w:rFonts w:asciiTheme="majorBidi" w:hAnsiTheme="majorBidi"/>
          <w:sz w:val="24"/>
          <w:szCs w:val="24"/>
        </w:rPr>
      </w:r>
    </w:p>
    <w:p w14:paraId="7E8993CC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¿Qué personas o comunidades han ayudado a formarte?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ook w:val="04A0" w:firstRow="1" w:lastRow="0" w:firstColumn="1" w:lastColumn="0" w:noHBand="0" w:noVBand="1"/>
      </w:tblPr>
      <w:tblGrid>
        <w:gridCol w:w="2493"/>
        <w:gridCol w:w="5640"/>
      </w:tblGrid>
      <w:tr w:rsidR="00F765B7" w:rsidRPr="00997D11" w14:paraId="3E7D674C" w14:textId="77777777" w:rsidTr="00997D11">
        <w:trPr>
          <w:jc w:val="center"/>
        </w:trPr>
        <w:tc>
          <w:tcPr>
            <w:tcW w:w="0" w:type="auto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EF7E5C0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Persona o comunidad</w:t>
            </w:r>
          </w:p>
        </w:tc>
        <w:tc>
          <w:tcPr>
            <w:tcW w:w="0" w:type="auto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736057E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Algo pequeño que dice, hace, enseña, crea, practica o cree</w:t>
            </w:r>
          </w:p>
        </w:tc>
      </w:tr>
      <w:tr w:rsidR="00F765B7" w:rsidRPr="00997D11" w14:paraId="7B6E9DC3" w14:textId="77777777" w:rsidTr="00997D11">
        <w:trPr>
          <w:jc w:val="center"/>
        </w:trPr>
        <w:tc>
          <w:tcPr>
            <w:tcW w:w="0" w:type="auto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BF0B51C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C60DF99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06D4D6DD" w14:textId="77777777" w:rsidTr="00997D11">
        <w:trPr>
          <w:jc w:val="center"/>
        </w:trPr>
        <w:tc>
          <w:tcPr>
            <w:tcW w:w="0" w:type="auto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DA72FFC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1E8B0D5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6BE930BC" w14:textId="77777777" w:rsidTr="00997D11">
        <w:trPr>
          <w:jc w:val="center"/>
        </w:trPr>
        <w:tc>
          <w:tcPr>
            <w:tcW w:w="0" w:type="auto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E439CF3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2E8E6BF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BFF862B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Tú decides qué escribes y compartes. La familia es solo una manera de definir a tu gente. También cuentan las amistades, equipos, vecinos, docentes, comunidades de fe y familia elegida.</w:t>
      </w:r>
    </w:p>
    <w:p w14:paraId="44CB12C9" w14:textId="77777777" w:rsidR="00F765B7" w:rsidRPr="00997D11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997D11">
        <w:rPr>
          <w:rFonts w:asciiTheme="majorBidi" w:hAnsiTheme="majorBidi"/>
          <w:sz w:val="24"/>
          <w:szCs w:val="24"/>
        </w:rPr>
        <w:t>2  Profundizar la indagación</w:t>
      </w:r>
      <w:proofErr w:type="gramEnd"/>
      <w:r w:rsidRPr="00997D11">
        <w:rPr>
          <w:rFonts w:asciiTheme="majorBidi" w:hAnsiTheme="majorBidi"/>
          <w:sz w:val="24"/>
          <w:szCs w:val="24"/>
        </w:rPr>
      </w:r>
    </w:p>
    <w:p w14:paraId="3D9C89E7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Mientras escuchas o lees Where I'm From, de George Ella Lyon, anota detalles que te ayuden a imaginar el mundo de la poeta.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544"/>
      </w:tblGrid>
      <w:tr w:rsidR="00F765B7" w:rsidRPr="00997D11" w14:paraId="31D11CF5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9633770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Detalle que noté</w:t>
            </w:r>
          </w:p>
        </w:tc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E529955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Lo que me ayuda a imaginar o preguntar</w:t>
            </w:r>
          </w:p>
        </w:tc>
      </w:tr>
      <w:tr w:rsidR="00F765B7" w:rsidRPr="00997D11" w14:paraId="58591E3F" w14:textId="77777777">
        <w:trPr>
          <w:jc w:val="center"/>
        </w:trPr>
        <w:tc>
          <w:tcPr>
            <w:tcW w:w="4608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E50BCFE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4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A6F3BE2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1C65EEDD" w14:textId="77777777">
        <w:trPr>
          <w:jc w:val="center"/>
        </w:trPr>
        <w:tc>
          <w:tcPr>
            <w:tcW w:w="4608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DEA4C39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4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07B11C7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4145E411" w14:textId="77777777">
        <w:trPr>
          <w:jc w:val="center"/>
        </w:trPr>
        <w:tc>
          <w:tcPr>
            <w:tcW w:w="4608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D895986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4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93C16DC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314B3A77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Reúne detalles para tu propia creación. Bastan palabras y fragmentos.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6264"/>
      </w:tblGrid>
      <w:tr w:rsidR="00F765B7" w:rsidRPr="00997D11" w14:paraId="270E5EE6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E0EBC5A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Categoría</w:t>
            </w:r>
          </w:p>
        </w:tc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65C895D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Mis detalles</w:t>
            </w:r>
          </w:p>
        </w:tc>
      </w:tr>
      <w:tr w:rsidR="00F765B7" w:rsidRPr="00997D11" w14:paraId="51DF7390" w14:textId="77777777">
        <w:trPr>
          <w:jc w:val="center"/>
        </w:trPr>
        <w:tc>
          <w:tcPr>
            <w:tcW w:w="3888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D5B542D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sz w:val="24"/>
                <w:szCs w:val="24"/>
              </w:rPr>
              <w:t>Objeto de casa</w:t>
            </w:r>
          </w:p>
        </w:tc>
        <w:tc>
          <w:tcPr>
            <w:tcW w:w="626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3B92C25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269ED37C" w14:textId="77777777">
        <w:trPr>
          <w:jc w:val="center"/>
        </w:trPr>
        <w:tc>
          <w:tcPr>
            <w:tcW w:w="3888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4613947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sz w:val="24"/>
                <w:szCs w:val="24"/>
              </w:rPr>
              <w:t>Lugar donde me sentí conocido/a, seguro/a, desafiado/a o libre</w:t>
            </w:r>
          </w:p>
        </w:tc>
        <w:tc>
          <w:tcPr>
            <w:tcW w:w="626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0DF03BB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63DD2DF6" w14:textId="77777777">
        <w:trPr>
          <w:jc w:val="center"/>
        </w:trPr>
        <w:tc>
          <w:tcPr>
            <w:tcW w:w="3888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623F884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sz w:val="24"/>
                <w:szCs w:val="24"/>
              </w:rPr>
              <w:t>Comida, olor, canción, sonido o tradición</w:t>
            </w:r>
          </w:p>
        </w:tc>
        <w:tc>
          <w:tcPr>
            <w:tcW w:w="626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D01A9D6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238A78D6" w14:textId="77777777">
        <w:trPr>
          <w:jc w:val="center"/>
        </w:trPr>
        <w:tc>
          <w:tcPr>
            <w:tcW w:w="3888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739318D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sz w:val="24"/>
                <w:szCs w:val="24"/>
              </w:rPr>
              <w:t>Frase que alguien dice</w:t>
            </w:r>
          </w:p>
        </w:tc>
        <w:tc>
          <w:tcPr>
            <w:tcW w:w="626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282EB961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37DF2F70" w14:textId="77777777">
        <w:trPr>
          <w:jc w:val="center"/>
        </w:trPr>
        <w:tc>
          <w:tcPr>
            <w:tcW w:w="3888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24A5EDF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sz w:val="24"/>
                <w:szCs w:val="24"/>
              </w:rPr>
              <w:t>Persona o grupo que me formó</w:t>
            </w:r>
          </w:p>
        </w:tc>
        <w:tc>
          <w:tcPr>
            <w:tcW w:w="626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A263C2C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65B7" w:rsidRPr="00997D11" w14:paraId="358321CB" w14:textId="77777777">
        <w:trPr>
          <w:jc w:val="center"/>
        </w:trPr>
        <w:tc>
          <w:tcPr>
            <w:tcW w:w="3888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82BB229" w14:textId="77777777" w:rsidR="00F765B7" w:rsidRPr="00997D1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97D11">
              <w:rPr>
                <w:rFonts w:asciiTheme="majorBidi" w:hAnsiTheme="majorBidi" w:cstheme="majorBidi"/>
                <w:sz w:val="24"/>
                <w:szCs w:val="24"/>
              </w:rPr>
              <w:t>Historia, recuerdo, nombre, creencia o esperanza que llevo</w:t>
            </w:r>
          </w:p>
        </w:tc>
        <w:tc>
          <w:tcPr>
            <w:tcW w:w="626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F5E738A" w14:textId="77777777" w:rsidR="00F765B7" w:rsidRPr="00997D11" w:rsidRDefault="00F765B7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426F74F" w14:textId="77777777" w:rsidR="00F765B7" w:rsidRPr="00997D11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997D11">
        <w:rPr>
          <w:rFonts w:asciiTheme="majorBidi" w:hAnsiTheme="majorBidi"/>
          <w:sz w:val="24"/>
          <w:szCs w:val="24"/>
        </w:rPr>
        <w:t>3  Conectar y actuar</w:t>
      </w:r>
      <w:proofErr w:type="gramEnd"/>
      <w:r w:rsidRPr="00997D11">
        <w:rPr>
          <w:rFonts w:asciiTheme="majorBidi" w:hAnsiTheme="majorBidi"/>
          <w:sz w:val="24"/>
          <w:szCs w:val="24"/>
        </w:rPr>
      </w:r>
    </w:p>
    <w:p w14:paraId="75EA6432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Crea un poema, una canción, un rap o un dibujo breve. Usa los detalles que sean verdaderos para ti. No tienes que explicar cada referencia.</w:t>
      </w:r>
    </w:p>
    <w:p w14:paraId="3C12C27B" w14:textId="77777777" w:rsidR="00F765B7" w:rsidRPr="00997D1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sz w:val="24"/>
          <w:szCs w:val="24"/>
        </w:rPr>
        <w:t>Vengo de __________, de __________ y de __________.</w:t>
      </w:r>
    </w:p>
    <w:p w14:paraId="36BBCD50" w14:textId="77777777" w:rsidR="00F765B7" w:rsidRPr="00997D1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sz w:val="24"/>
          <w:szCs w:val="24"/>
        </w:rPr>
        <w:t>Vengo del sonido de __________.</w:t>
      </w:r>
    </w:p>
    <w:p w14:paraId="5DC04DBA" w14:textId="77777777" w:rsidR="00F765B7" w:rsidRPr="00997D1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sz w:val="24"/>
          <w:szCs w:val="24"/>
        </w:rPr>
        <w:t>Vengo del lugar donde __________.</w:t>
      </w:r>
    </w:p>
    <w:p w14:paraId="3572C657" w14:textId="77777777" w:rsidR="00F765B7" w:rsidRPr="00997D1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sz w:val="24"/>
          <w:szCs w:val="24"/>
        </w:rPr>
        <w:t>Vengo de las personas que me enseñaron __________.</w:t>
      </w:r>
    </w:p>
    <w:p w14:paraId="0F2FD56B" w14:textId="77777777" w:rsidR="00F765B7" w:rsidRPr="00997D1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sz w:val="24"/>
          <w:szCs w:val="24"/>
        </w:rPr>
        <w:t>Llevo __________ conmigo adondequiera que voy.</w:t>
      </w:r>
    </w:p>
    <w:p w14:paraId="391B2D3B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2A31596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57FFD93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A2FC153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5186D96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530E491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FBD56AE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DB34067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0BA9E89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260D5FE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07FE6484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562DD5E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Subraya o marca una línea, imagen o detalle que te sientas cómodo/a compartiendo.</w:t>
      </w:r>
    </w:p>
    <w:p w14:paraId="7CD32893" w14:textId="77777777" w:rsidR="00F765B7" w:rsidRPr="00997D11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997D11">
        <w:rPr>
          <w:rFonts w:asciiTheme="majorBidi" w:hAnsiTheme="majorBidi"/>
          <w:sz w:val="24"/>
          <w:szCs w:val="24"/>
        </w:rPr>
        <w:t>Reflexión de cierre</w:t>
      </w:r>
    </w:p>
    <w:p w14:paraId="4BC88FE7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Una fuente de fortaleza que recibo de mi gente o comunidades es...</w:t>
      </w:r>
    </w:p>
    <w:p w14:paraId="68457E89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D144402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D81CC55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78896EC" w14:textId="77777777" w:rsidR="00F765B7" w:rsidRPr="00997D1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b/>
          <w:sz w:val="24"/>
          <w:szCs w:val="24"/>
        </w:rPr>
        <w:t>Saber de dónde vengo puede ayudarme a decidir por quién quiero estar presente al...</w:t>
      </w:r>
    </w:p>
    <w:p w14:paraId="6E129E7E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5B5741E8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D883DF8" w14:textId="77777777" w:rsidR="00F765B7" w:rsidRPr="00997D1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997D11">
        <w:rPr>
          <w:rFonts w:asciiTheme="majorBidi" w:hAnsiTheme="majorBidi" w:cstheme="majorBidi"/>
          <w:color w:val="696969"/>
          <w:sz w:val="24"/>
          <w:szCs w:val="24"/>
        </w:rPr>
        <w:lastRenderedPageBreak/>
        <w:t>________________________________________________________________________________</w:t>
      </w:r>
    </w:p>
    <w:sectPr w:rsidR="00F765B7" w:rsidRPr="00997D11" w:rsidSect="00034616">
      <w:footerReference w:type="default" r:id="rId8"/>
      <w:head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EA979" w14:textId="77777777" w:rsidR="00F2210A" w:rsidRDefault="00F2210A">
      <w:pPr>
        <w:spacing w:after="0" w:line="240" w:lineRule="auto"/>
      </w:pPr>
      <w:r>
        <w:separator/>
      </w:r>
    </w:p>
  </w:endnote>
  <w:endnote w:type="continuationSeparator" w:id="0">
    <w:p w14:paraId="30436A11" w14:textId="77777777" w:rsidR="00F2210A" w:rsidRDefault="00F22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2DC8" w14:textId="77777777" w:rsidR="00F765B7" w:rsidRDefault="00000000">
    <w:pPr>
      <w:pStyle w:val="Footer"/>
      <w:jc w:val="center"/>
    </w:pPr>
    <w:r>
      <w:rPr>
        <w:color w:val="5A5A5A"/>
        <w:sz w:val="16"/>
      </w:rPr>
      <w:t>Universidad DePaul  |  Facultad de Educación  |  Programa CLA  |  Guía del estudiante 2</w:t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DCDCC" w14:textId="77777777" w:rsidR="00F2210A" w:rsidRDefault="00F2210A">
      <w:pPr>
        <w:spacing w:after="0" w:line="240" w:lineRule="auto"/>
      </w:pPr>
      <w:r>
        <w:separator/>
      </w:r>
    </w:p>
  </w:footnote>
  <w:footnote w:type="continuationSeparator" w:id="0">
    <w:p w14:paraId="2D29A632" w14:textId="77777777" w:rsidR="00F2210A" w:rsidRDefault="00F22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4732623">
    <w:abstractNumId w:val="8"/>
  </w:num>
  <w:num w:numId="2" w16cid:durableId="1875576373">
    <w:abstractNumId w:val="6"/>
  </w:num>
  <w:num w:numId="3" w16cid:durableId="922032686">
    <w:abstractNumId w:val="5"/>
  </w:num>
  <w:num w:numId="4" w16cid:durableId="121660195">
    <w:abstractNumId w:val="4"/>
  </w:num>
  <w:num w:numId="5" w16cid:durableId="1308903369">
    <w:abstractNumId w:val="7"/>
  </w:num>
  <w:num w:numId="6" w16cid:durableId="2060548879">
    <w:abstractNumId w:val="3"/>
  </w:num>
  <w:num w:numId="7" w16cid:durableId="180516212">
    <w:abstractNumId w:val="2"/>
  </w:num>
  <w:num w:numId="8" w16cid:durableId="470479">
    <w:abstractNumId w:val="1"/>
  </w:num>
  <w:num w:numId="9" w16cid:durableId="209734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97D11"/>
    <w:rsid w:val="00AA1D8D"/>
    <w:rsid w:val="00B47730"/>
    <w:rsid w:val="00CB0664"/>
    <w:rsid w:val="00F2210A"/>
    <w:rsid w:val="00F765B7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301A26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2026-09-11T02:21:00Z</dcterms:modified>
  <cp:category/>
</cp:coreProperties>
</file>