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F675BB" w:rsidRPr="00861783" w14:paraId="4A213E17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353484AF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UNIVERSIDAD DE DEPAUL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3AD2F582" w14:textId="77777777" w:rsidR="00F675BB" w:rsidRPr="00861783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FACULTAD DE EDUCACIÓN</w:t>
            </w: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861783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Oficina de Aprendizaje Profesional Innovador</w:t>
            </w:r>
          </w:p>
        </w:tc>
      </w:tr>
    </w:tbl>
    <w:p w14:paraId="7857C53B" w14:textId="77777777" w:rsidR="00F675BB" w:rsidRPr="00861783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>PROGRAMA DE LIDERAZGO CÍVICO EN ACCIÓN (CLA)  |  GUÍA DEL ESTUDIANTE 4</w:t>
      </w:r>
      <w:proofErr w:type="gramStart"/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</w:r>
      <w:proofErr w:type="gramEnd"/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</w:r>
    </w:p>
    <w:p w14:paraId="5A365035" w14:textId="77777777" w:rsidR="00F675BB" w:rsidRPr="00861783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t>Lo que más importa</w:t>
      </w:r>
    </w:p>
    <w:p w14:paraId="70AFF11F" w14:textId="77777777" w:rsidR="00F675BB" w:rsidRPr="00861783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>Usar valores cuando compiten las prioridades</w:t>
      </w:r>
    </w:p>
    <w:p w14:paraId="3ED40748" w14:textId="348EB277" w:rsidR="00F675BB" w:rsidRPr="00861783" w:rsidRDefault="00000000" w:rsidP="00861783">
      <w:pPr>
        <w:spacing w:after="2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sz w:val="24"/>
          <w:szCs w:val="24"/>
        </w:rPr>
        <w:t>En esta experiencia, identificarás los valores que quieres que te guíen, practicarás tomar una decisión cívica difícil y crearás una brújula para decidir en tu investigación para la acción.</w:t>
      </w:r>
    </w:p>
    <w:p w14:paraId="67283A88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861783">
        <w:rPr>
          <w:rFonts w:asciiTheme="majorBidi" w:hAnsiTheme="majorBidi"/>
          <w:sz w:val="24"/>
          <w:szCs w:val="24"/>
        </w:rPr>
        <w:t>1  Iniciar la indagación</w:t>
      </w:r>
      <w:proofErr w:type="gramEnd"/>
      <w:r w:rsidRPr="00861783">
        <w:rPr>
          <w:rFonts w:asciiTheme="majorBidi" w:hAnsiTheme="majorBidi"/>
          <w:sz w:val="24"/>
          <w:szCs w:val="24"/>
        </w:rPr>
      </w:r>
    </w:p>
    <w:p w14:paraId="0D5A6A65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Ronda 1: Marca ocho valores que te importen. Ronda 2: encierra cinco. Ronda 3: marca con una estrella los tres que más quieres que guíen tu vida y tu liderazgo.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F675BB" w:rsidRPr="00861783" w14:paraId="0DE566F0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0B0694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Pertenencia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AC29DC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Compasión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72CD4B5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Valentía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DE8FAA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Creatividad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F675BB" w:rsidRPr="00861783" w14:paraId="056E0612" w14:textId="77777777">
        <w:trPr>
          <w:jc w:val="center"/>
        </w:trPr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34AABF7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Equidad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580B7AA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Fe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612B068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Familia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606296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Libertad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F675BB" w:rsidRPr="00861783" w14:paraId="4B0F1EF2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8EB8ADF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Amistad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F3B7EE7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Diversión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880415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Honestidad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B5806F2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Justicia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F675BB" w:rsidRPr="00861783" w14:paraId="757488A0" w14:textId="77777777">
        <w:trPr>
          <w:jc w:val="center"/>
        </w:trPr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E230A2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Amabilidad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14829C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Aprendizaje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878251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Lealtad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434B79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Respeto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  <w:tr w:rsidR="00F675BB" w:rsidRPr="00861783" w14:paraId="0DC3F688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2AA61B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Responsabilidad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D74034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Seguridad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6AF5592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Servicio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F72AF83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  Éxito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</w:p>
        </w:tc>
      </w:tr>
    </w:tbl>
    <w:p w14:paraId="31D56CE4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Haz reales tus tres valores.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736"/>
        <w:gridCol w:w="3096"/>
        <w:gridCol w:w="2570"/>
      </w:tblGrid>
      <w:tr w:rsidR="00F675BB" w:rsidRPr="00861783" w14:paraId="17FC5FB8" w14:textId="77777777">
        <w:trPr>
          <w:jc w:val="center"/>
        </w:trPr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3BF241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Mi valor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D98311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Por qué lo elegí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185F9C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Cómo se ve en acción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BCCB9B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Cuando cuesta vivirlo</w:t>
            </w:r>
          </w:p>
        </w:tc>
      </w:tr>
      <w:tr w:rsidR="00F675BB" w:rsidRPr="00861783" w14:paraId="6D62FEE9" w14:textId="77777777">
        <w:trPr>
          <w:jc w:val="center"/>
        </w:trPr>
        <w:tc>
          <w:tcPr>
            <w:tcW w:w="19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7F0D3F6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D004E18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FC0E4BC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613B711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675BB" w:rsidRPr="00861783" w14:paraId="0E8BCD96" w14:textId="77777777">
        <w:trPr>
          <w:jc w:val="center"/>
        </w:trPr>
        <w:tc>
          <w:tcPr>
            <w:tcW w:w="194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9DA1487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E523778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326A175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C0CB514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675BB" w:rsidRPr="00861783" w14:paraId="29CE6FA4" w14:textId="77777777">
        <w:trPr>
          <w:jc w:val="center"/>
        </w:trPr>
        <w:tc>
          <w:tcPr>
            <w:tcW w:w="19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45AAD90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5C13E63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18323F9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F07D04A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778FDD9" w14:textId="77777777" w:rsidR="00861783" w:rsidRDefault="00861783" w:rsidP="00861783">
      <w:pPr>
        <w:rPr>
          <w:rFonts w:asciiTheme="majorBidi" w:hAnsiTheme="majorBidi" w:cstheme="majorBidi"/>
          <w:sz w:val="24"/>
          <w:szCs w:val="24"/>
        </w:rPr>
      </w:pPr>
    </w:p>
    <w:p w14:paraId="0E50E40F" w14:textId="71D8065C" w:rsidR="00F675BB" w:rsidRPr="00861783" w:rsidRDefault="00000000" w:rsidP="00861783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861783">
        <w:rPr>
          <w:rFonts w:asciiTheme="majorBidi" w:hAnsiTheme="majorBidi" w:cstheme="majorBidi"/>
          <w:sz w:val="24"/>
          <w:szCs w:val="24"/>
        </w:rPr>
        <w:t>2  Profundizar la indagación</w:t>
      </w:r>
      <w:proofErr w:type="gramEnd"/>
      <w:r w:rsidRPr="00861783">
        <w:rPr>
          <w:rFonts w:asciiTheme="majorBidi" w:hAnsiTheme="majorBidi" w:cstheme="majorBidi"/>
          <w:sz w:val="24"/>
          <w:szCs w:val="24"/>
        </w:rPr>
      </w:r>
    </w:p>
    <w:p w14:paraId="5049D90F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La decisión de $1000</w:t>
      </w:r>
    </w:p>
    <w:p w14:paraId="3C18E479" w14:textId="77777777" w:rsidR="00F675BB" w:rsidRPr="00861783" w:rsidRDefault="00000000">
      <w:pPr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sz w:val="24"/>
          <w:szCs w:val="24"/>
        </w:rPr>
        <w:t>Tu grupo de liderazgo estudiantil tiene $1,000 para un proyecto. Puede crear un espacio tranquilo de almuerzo para estudiantes abrumados, reemplazar equipo deportivo y de recreo desgastado, organizar una celebración comunitaria o crear un clóset de suministros de emergencia para familias. No puede financiar completamente más de uno.</w:t>
      </w:r>
    </w:p>
    <w:p w14:paraId="2201CF80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¿Qué opción elige tu grupo?</w:t>
      </w:r>
    </w:p>
    <w:p w14:paraId="3A82174D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BC4A87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F675BB" w:rsidRPr="00861783" w14:paraId="18F77973" w14:textId="77777777">
        <w:trPr>
          <w:jc w:val="center"/>
        </w:trPr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28069C6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Pausa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366AAC6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Nombra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4B2193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Sopesa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F7F128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Elige</w:t>
            </w:r>
          </w:p>
        </w:tc>
      </w:tr>
      <w:tr w:rsidR="00F675BB" w:rsidRPr="00861783" w14:paraId="6B324230" w14:textId="77777777">
        <w:trPr>
          <w:jc w:val="center"/>
        </w:trPr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8FAFC87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¿Qué hace difícil la elección?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FB6B961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¿Qué valores compiten?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FF2C57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¿Quién se beneficia? ¿A quién podría afectar o hacer esperar?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F8EFAA4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¿Qué haremos y por qué?</w:t>
            </w:r>
          </w:p>
        </w:tc>
      </w:tr>
    </w:tbl>
    <w:p w14:paraId="022218C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1CA4EA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2EF881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A43C386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4B0D34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EA73931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¿Qué notó o valoró otra persona de tu grupo que tú no habías considerado?</w:t>
      </w:r>
    </w:p>
    <w:p w14:paraId="0049EF3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F69A48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2D8DF2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4BD65D4" w14:textId="47AF1C10" w:rsidR="00F675BB" w:rsidRPr="00861783" w:rsidRDefault="00000000" w:rsidP="00861783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0F8382D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861783">
        <w:rPr>
          <w:rFonts w:asciiTheme="majorBidi" w:hAnsiTheme="majorBidi"/>
          <w:sz w:val="24"/>
          <w:szCs w:val="24"/>
        </w:rPr>
        <w:t>3  Conectar y actuar</w:t>
      </w:r>
      <w:proofErr w:type="gramEnd"/>
      <w:r w:rsidRPr="00861783">
        <w:rPr>
          <w:rFonts w:asciiTheme="majorBidi" w:hAnsiTheme="majorBidi"/>
          <w:sz w:val="24"/>
          <w:szCs w:val="24"/>
        </w:rPr>
      </w:r>
    </w:p>
    <w:p w14:paraId="0D8FFF1A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t>Mi brújula para decidir</w:t>
      </w:r>
    </w:p>
    <w:p w14:paraId="683A395F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Tres valores que quiero que me guíen son...</w:t>
      </w:r>
    </w:p>
    <w:p w14:paraId="1CB7E2C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584C4E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1822050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Cuando compitan dos buenas prioridades, haré una pausa y preguntaré...</w:t>
      </w:r>
    </w:p>
    <w:p w14:paraId="581E93D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819DBA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30D1D0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91FF462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Consideraré a quién podría ayudar, a quién podría afectar y...</w:t>
      </w:r>
    </w:p>
    <w:p w14:paraId="49EF0EB9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314A5BF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A2788B8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9B4F01B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Aunque la elección sea difícil, quiero que las personas me perciban como...</w:t>
      </w:r>
    </w:p>
    <w:p w14:paraId="0D6C1FF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814012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27C2F2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2893D2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Un aspecto de mi investigación para la acción que esta brújula puede guiar es...</w:t>
      </w:r>
    </w:p>
    <w:p w14:paraId="3CBBDE25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E460FC8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0D8131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C6061D8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t>Reflexión de cierre</w:t>
      </w:r>
    </w:p>
    <w:p w14:paraId="4896802C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Una decisión difícil puede seguir siendo responsable cuando...</w:t>
      </w:r>
    </w:p>
    <w:p w14:paraId="50BFF69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F64F50B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F19AB8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6D6D9C5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Un valor que quiero que mi equipo de proyecto vea en mis acciones es...</w:t>
      </w:r>
    </w:p>
    <w:p w14:paraId="5B6D587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CE6ED4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F675BB" w:rsidRPr="00861783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B15F" w14:textId="77777777" w:rsidR="00875314" w:rsidRDefault="00875314">
      <w:pPr>
        <w:spacing w:after="0" w:line="240" w:lineRule="auto"/>
      </w:pPr>
      <w:r>
        <w:separator/>
      </w:r>
    </w:p>
  </w:endnote>
  <w:endnote w:type="continuationSeparator" w:id="0">
    <w:p w14:paraId="75486FF4" w14:textId="77777777" w:rsidR="00875314" w:rsidRDefault="0087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EA7FD" w14:textId="77777777" w:rsidR="00F675BB" w:rsidRDefault="00000000">
    <w:pPr>
      <w:pStyle w:val="Footer"/>
      <w:jc w:val="center"/>
    </w:pPr>
    <w:r>
      <w:rPr>
        <w:color w:val="5A5A5A"/>
        <w:sz w:val="16"/>
      </w:rPr>
      <w:t>Universidad DePaul  |  Facultad de Educación  |  Programa CLA  |  Guía del estudiante 4</w:t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2EBF" w14:textId="77777777" w:rsidR="00875314" w:rsidRDefault="00875314">
      <w:pPr>
        <w:spacing w:after="0" w:line="240" w:lineRule="auto"/>
      </w:pPr>
      <w:r>
        <w:separator/>
      </w:r>
    </w:p>
  </w:footnote>
  <w:footnote w:type="continuationSeparator" w:id="0">
    <w:p w14:paraId="4302325D" w14:textId="77777777" w:rsidR="00875314" w:rsidRDefault="0087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4623924">
    <w:abstractNumId w:val="8"/>
  </w:num>
  <w:num w:numId="2" w16cid:durableId="297301032">
    <w:abstractNumId w:val="6"/>
  </w:num>
  <w:num w:numId="3" w16cid:durableId="853420248">
    <w:abstractNumId w:val="5"/>
  </w:num>
  <w:num w:numId="4" w16cid:durableId="1025054963">
    <w:abstractNumId w:val="4"/>
  </w:num>
  <w:num w:numId="5" w16cid:durableId="261256761">
    <w:abstractNumId w:val="7"/>
  </w:num>
  <w:num w:numId="6" w16cid:durableId="1202861298">
    <w:abstractNumId w:val="3"/>
  </w:num>
  <w:num w:numId="7" w16cid:durableId="476722014">
    <w:abstractNumId w:val="2"/>
  </w:num>
  <w:num w:numId="8" w16cid:durableId="755515831">
    <w:abstractNumId w:val="1"/>
  </w:num>
  <w:num w:numId="9" w16cid:durableId="66801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1783"/>
    <w:rsid w:val="00875314"/>
    <w:rsid w:val="00AA1D8D"/>
    <w:rsid w:val="00B47730"/>
    <w:rsid w:val="00CB0664"/>
    <w:rsid w:val="00F675BB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816E41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2026-09-11T02:23:00Z</dcterms:modified>
  <cp:category/>
</cp:coreProperties>
</file>