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C554DD" w:rsidRPr="00383DBC" w14:paraId="08331F0A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484507B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UNIVERSIDAD DE DEPAUL</w:t>
            </w:r>
          </w:p>
        </w:tc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1B46DA58" w14:textId="77777777" w:rsidR="00C554DD" w:rsidRPr="00383DBC" w:rsidRDefault="0000000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FACULTAD DE EDUCACIÓN</w:t>
            </w: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</w:r>
            <w:r w:rsidRPr="00383DBC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Oficina de Aprendizaje Profesional Innovador</w:t>
            </w:r>
          </w:p>
        </w:tc>
      </w:tr>
    </w:tbl>
    <w:p w14:paraId="2C3A7789" w14:textId="77777777" w:rsidR="00C554DD" w:rsidRPr="00383DBC" w:rsidRDefault="00000000">
      <w:pPr>
        <w:spacing w:before="280" w:after="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color w:val="002D72"/>
          <w:sz w:val="24"/>
          <w:szCs w:val="24"/>
        </w:rPr>
        <w:t>PROGRAMA DE LIDERAZGO CÍVICO EN ACCIÓN (CLA)  |  GUÍA DEL ESTUDIANTE 5</w:t>
      </w:r>
      <w:proofErr w:type="gramStart"/>
      <w:r w:rsidRPr="00383DBC">
        <w:rPr>
          <w:rFonts w:asciiTheme="majorBidi" w:hAnsiTheme="majorBidi" w:cstheme="majorBidi"/>
          <w:b/>
          <w:color w:val="002D72"/>
          <w:sz w:val="24"/>
          <w:szCs w:val="24"/>
        </w:rPr>
      </w:r>
      <w:proofErr w:type="gramEnd"/>
      <w:r w:rsidRPr="00383DBC">
        <w:rPr>
          <w:rFonts w:asciiTheme="majorBidi" w:hAnsiTheme="majorBidi" w:cstheme="majorBidi"/>
          <w:b/>
          <w:color w:val="002D72"/>
          <w:sz w:val="24"/>
          <w:szCs w:val="24"/>
        </w:rPr>
      </w:r>
    </w:p>
    <w:p w14:paraId="5A087F63" w14:textId="77777777" w:rsidR="00C554DD" w:rsidRPr="00383DBC" w:rsidRDefault="00000000">
      <w:pPr>
        <w:pStyle w:val="Title"/>
        <w:rPr>
          <w:rFonts w:asciiTheme="majorBidi" w:hAnsiTheme="majorBidi"/>
          <w:sz w:val="24"/>
          <w:szCs w:val="24"/>
        </w:rPr>
      </w:pPr>
      <w:r w:rsidRPr="00383DBC">
        <w:rPr>
          <w:rFonts w:asciiTheme="majorBidi" w:hAnsiTheme="majorBidi"/>
          <w:sz w:val="24"/>
          <w:szCs w:val="24"/>
        </w:rPr>
        <w:t>La persona en la que me estoy convirtiendo</w:t>
      </w:r>
    </w:p>
    <w:p w14:paraId="130BD0C9" w14:textId="77777777" w:rsidR="00C554DD" w:rsidRPr="00383DBC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color w:val="002D72"/>
          <w:sz w:val="24"/>
          <w:szCs w:val="24"/>
        </w:rPr>
        <w:t>Una visión personal de cómo quiero vivir, liderar e impactar</w:t>
      </w:r>
    </w:p>
    <w:p w14:paraId="47555E00" w14:textId="77777777" w:rsidR="00C554DD" w:rsidRPr="00383DBC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sz w:val="24"/>
          <w:szCs w:val="24"/>
        </w:rPr>
        <w:t>En esta experiencia, usarás pistas de las experiencias de aprendizaje anteriores para imaginar la persona en la que te estás convirtiendo, escribirás una visión con tu propia voz y elegirás un paso que puedas dar ahora.</w:t>
      </w:r>
    </w:p>
    <w:p w14:paraId="3103FB92" w14:textId="77777777" w:rsidR="00C554DD" w:rsidRPr="00383DBC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Nombre: </w:t>
      </w:r>
      <w:r w:rsidRPr="00383DBC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00D6D427" w14:textId="77777777" w:rsidR="00C554DD" w:rsidRPr="00383DBC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Fecha: </w:t>
      </w:r>
      <w:r w:rsidRPr="00383DBC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37D5F173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383DBC">
        <w:rPr>
          <w:rFonts w:asciiTheme="majorBidi" w:hAnsiTheme="majorBidi"/>
          <w:sz w:val="24"/>
          <w:szCs w:val="24"/>
        </w:rPr>
        <w:t>1  Iniciar la indagación</w:t>
      </w:r>
      <w:proofErr w:type="gramEnd"/>
      <w:r w:rsidRPr="00383DBC">
        <w:rPr>
          <w:rFonts w:asciiTheme="majorBidi" w:hAnsiTheme="majorBidi"/>
          <w:sz w:val="24"/>
          <w:szCs w:val="24"/>
        </w:rPr>
      </w:r>
    </w:p>
    <w:p w14:paraId="259C9F9F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Busca pistas al mirar hacia atrás.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6192"/>
      </w:tblGrid>
      <w:tr w:rsidR="00C554DD" w:rsidRPr="00383DBC" w14:paraId="5D955093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4A45E3F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Pista</w:t>
            </w:r>
          </w:p>
        </w:tc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0C0554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Mi respuesta</w:t>
            </w:r>
          </w:p>
        </w:tc>
      </w:tr>
      <w:tr w:rsidR="00C554DD" w:rsidRPr="00383DBC" w14:paraId="4517437F" w14:textId="77777777">
        <w:trPr>
          <w:jc w:val="center"/>
        </w:trPr>
        <w:tc>
          <w:tcPr>
            <w:tcW w:w="396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440FCE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Algo que sé sobre mí</w:t>
            </w:r>
          </w:p>
        </w:tc>
        <w:tc>
          <w:tcPr>
            <w:tcW w:w="619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C341506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131998D0" w14:textId="77777777">
        <w:trPr>
          <w:jc w:val="center"/>
        </w:trPr>
        <w:tc>
          <w:tcPr>
            <w:tcW w:w="3960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8854172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Alguien o algo que me ha formado</w:t>
            </w:r>
          </w:p>
        </w:tc>
        <w:tc>
          <w:tcPr>
            <w:tcW w:w="6192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B2C71E2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5F98D4E0" w14:textId="77777777">
        <w:trPr>
          <w:jc w:val="center"/>
        </w:trPr>
        <w:tc>
          <w:tcPr>
            <w:tcW w:w="396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58080F65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Un valor que quiero que me guíe</w:t>
            </w:r>
          </w:p>
        </w:tc>
        <w:tc>
          <w:tcPr>
            <w:tcW w:w="619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843797F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27D1F8CF" w14:textId="77777777">
        <w:trPr>
          <w:jc w:val="center"/>
        </w:trPr>
        <w:tc>
          <w:tcPr>
            <w:tcW w:w="3960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52B8A1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Una fortaleza, interés o don que quiero usar más</w:t>
            </w:r>
          </w:p>
        </w:tc>
        <w:tc>
          <w:tcPr>
            <w:tcW w:w="6192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25E5439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22082256" w14:textId="77777777">
        <w:trPr>
          <w:jc w:val="center"/>
        </w:trPr>
        <w:tc>
          <w:tcPr>
            <w:tcW w:w="396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D42D878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Una preocupación o pregunta que me importa</w:t>
            </w:r>
          </w:p>
        </w:tc>
        <w:tc>
          <w:tcPr>
            <w:tcW w:w="619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8774112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D1A0C11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¿Qué se repite o conecta en tus respuestas? Marca con una estrella dos pistas que quieras llevar a tu visión.</w:t>
      </w:r>
    </w:p>
    <w:p w14:paraId="5B4DC54F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1975F6F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7350934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8AEEE9B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A045433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383DBC">
        <w:rPr>
          <w:rFonts w:asciiTheme="majorBidi" w:hAnsiTheme="majorBidi"/>
          <w:sz w:val="24"/>
          <w:szCs w:val="24"/>
        </w:rPr>
        <w:t>2  Profundizar la indagación</w:t>
      </w:r>
      <w:proofErr w:type="gramEnd"/>
      <w:r w:rsidRPr="00383DBC">
        <w:rPr>
          <w:rFonts w:asciiTheme="majorBidi" w:hAnsiTheme="majorBidi"/>
          <w:sz w:val="24"/>
          <w:szCs w:val="24"/>
        </w:rPr>
      </w:r>
    </w:p>
    <w:p w14:paraId="531F0297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Imagínate dentro de un año. Alguien que te conoce bien dice: «Has crecido mucho este año».</w:t>
      </w:r>
    </w:p>
    <w:p w14:paraId="67B3416E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¿Qué te habrían visto hacer?</w:t>
      </w:r>
    </w:p>
    <w:p w14:paraId="62E20C59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500A80C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53B958C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9E4F6BF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¿Cómo se sentirían las personas cerca de ti?</w:t>
      </w:r>
    </w:p>
    <w:p w14:paraId="0FDAE3E4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B6567E2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lastRenderedPageBreak/>
        <w:t>________________________________________________________________________________</w:t>
      </w:r>
    </w:p>
    <w:p w14:paraId="5C4F42EF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7C7B200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¿Qué podría mejorar porque estuviste presente?</w:t>
      </w:r>
    </w:p>
    <w:p w14:paraId="73048868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FF1F8E4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0E60716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3AAC30A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383DBC">
        <w:rPr>
          <w:rFonts w:asciiTheme="majorBidi" w:hAnsiTheme="majorBidi"/>
          <w:sz w:val="24"/>
          <w:szCs w:val="24"/>
        </w:rPr>
        <w:t>Construye tu visión</w:t>
      </w:r>
    </w:p>
    <w:p w14:paraId="69092D9F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Usa la guía y luego reescríbela hasta que suene como tú.</w:t>
      </w:r>
    </w:p>
    <w:p w14:paraId="2028288C" w14:textId="77777777" w:rsidR="00C554DD" w:rsidRPr="00383DBC" w:rsidRDefault="00000000">
      <w:pPr>
        <w:spacing w:after="2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Quiero ser una persona que </w:t>
      </w:r>
      <w:r w:rsidRPr="00383DBC">
        <w:rPr>
          <w:rFonts w:asciiTheme="majorBidi" w:hAnsiTheme="majorBidi" w:cstheme="majorBidi"/>
          <w:sz w:val="24"/>
          <w:szCs w:val="24"/>
        </w:rPr>
        <w:t>____________________________</w:t>
      </w:r>
    </w:p>
    <w:p w14:paraId="3FA83908" w14:textId="77777777" w:rsidR="00C554DD" w:rsidRPr="00383DBC" w:rsidRDefault="00000000">
      <w:pPr>
        <w:spacing w:after="2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para que </w:t>
      </w:r>
      <w:r w:rsidRPr="00383DBC">
        <w:rPr>
          <w:rFonts w:asciiTheme="majorBidi" w:hAnsiTheme="majorBidi" w:cstheme="majorBidi"/>
          <w:sz w:val="24"/>
          <w:szCs w:val="24"/>
        </w:rPr>
        <w:t>____________________________________________________.</w:t>
      </w:r>
    </w:p>
    <w:p w14:paraId="33A0CE42" w14:textId="77777777" w:rsidR="00C554DD" w:rsidRPr="00383DBC" w:rsidRDefault="00000000">
      <w:pPr>
        <w:spacing w:after="2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Usaré mi </w:t>
      </w:r>
      <w:r w:rsidRPr="00383DBC">
        <w:rPr>
          <w:rFonts w:asciiTheme="majorBidi" w:hAnsiTheme="majorBidi" w:cstheme="majorBidi"/>
          <w:sz w:val="24"/>
          <w:szCs w:val="24"/>
        </w:rPr>
        <w:t>__________________</w:t>
      </w:r>
      <w:r w:rsidRPr="00383DBC">
        <w:rPr>
          <w:rFonts w:asciiTheme="majorBidi" w:hAnsiTheme="majorBidi" w:cstheme="majorBidi"/>
          <w:b/>
          <w:sz w:val="24"/>
          <w:szCs w:val="24"/>
        </w:rPr>
        <w:t xml:space="preserve"> para </w:t>
      </w:r>
      <w:r w:rsidRPr="00383DBC">
        <w:rPr>
          <w:rFonts w:asciiTheme="majorBidi" w:hAnsiTheme="majorBidi" w:cstheme="majorBidi"/>
          <w:sz w:val="24"/>
          <w:szCs w:val="24"/>
        </w:rPr>
        <w:t>____________________________.</w:t>
      </w:r>
    </w:p>
    <w:p w14:paraId="3B159876" w14:textId="77777777" w:rsidR="00C554DD" w:rsidRPr="00383DBC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Puedo comenzar al </w:t>
      </w:r>
      <w:r w:rsidRPr="00383DBC">
        <w:rPr>
          <w:rFonts w:asciiTheme="majorBidi" w:hAnsiTheme="majorBidi" w:cstheme="majorBidi"/>
          <w:sz w:val="24"/>
          <w:szCs w:val="24"/>
        </w:rPr>
        <w:t>________________________________________________.</w:t>
      </w:r>
    </w:p>
    <w:p w14:paraId="4686C294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Mi visión en mis propias palabras o imágenes</w:t>
      </w:r>
    </w:p>
    <w:p w14:paraId="3AE38E3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6D2D34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0FF3C35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AB57DB0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FA3D13C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A9EADDB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4809A33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4A88918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0A02D25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BF0AC99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B1A405A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Pon a prueba tu visión. Marca cada afirmación que sea verdadera.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C554DD" w:rsidRPr="00383DBC" w14:paraId="1D281466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9237D35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83DBC">
              <w:rPr>
                <w:rFonts w:ascii="Segoe UI Symbol" w:hAnsi="Segoe UI Symbol" w:cs="Segoe UI Symbol"/>
                <w:sz w:val="24"/>
                <w:szCs w:val="24"/>
              </w:rPr>
              <w:t>☐  De verdad me importa.</w:t>
            </w:r>
            <w:r w:rsidRPr="00383DBC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383DBC">
              <w:rPr>
                <w:rFonts w:asciiTheme="majorBidi" w:hAnsiTheme="majorBidi" w:cstheme="majorBidi"/>
                <w:sz w:val="24"/>
                <w:szCs w:val="24"/>
              </w:rPr>
            </w:r>
          </w:p>
        </w:tc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1874327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83DBC">
              <w:rPr>
                <w:rFonts w:ascii="Segoe UI Symbol" w:hAnsi="Segoe UI Symbol" w:cs="Segoe UI Symbol"/>
                <w:sz w:val="24"/>
                <w:szCs w:val="24"/>
              </w:rPr>
              <w:t>☐  Puedo imaginarla en acción.</w:t>
            </w:r>
            <w:r w:rsidRPr="00383DBC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383DBC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  <w:tr w:rsidR="00C554DD" w:rsidRPr="00383DBC" w14:paraId="28F49776" w14:textId="77777777">
        <w:trPr>
          <w:jc w:val="center"/>
        </w:trPr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5A34FB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83DBC">
              <w:rPr>
                <w:rFonts w:ascii="Segoe UI Symbol" w:hAnsi="Segoe UI Symbol" w:cs="Segoe UI Symbol"/>
                <w:sz w:val="24"/>
                <w:szCs w:val="24"/>
              </w:rPr>
              <w:t>☐  Suena como yo.</w:t>
            </w:r>
            <w:r w:rsidRPr="00383DBC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383DBC">
              <w:rPr>
                <w:rFonts w:asciiTheme="majorBidi" w:hAnsiTheme="majorBidi" w:cstheme="majorBidi"/>
                <w:sz w:val="24"/>
                <w:szCs w:val="24"/>
              </w:rPr>
            </w:r>
          </w:p>
        </w:tc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536F8D4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83DBC">
              <w:rPr>
                <w:rFonts w:ascii="Segoe UI Symbol" w:hAnsi="Segoe UI Symbol" w:cs="Segoe UI Symbol"/>
                <w:sz w:val="24"/>
                <w:szCs w:val="24"/>
              </w:rPr>
              <w:t>☐  Me orienta sin limitarme a un solo futuro.</w:t>
            </w:r>
            <w:r w:rsidRPr="00383DBC">
              <w:rPr>
                <w:rFonts w:asciiTheme="majorBidi" w:hAnsiTheme="majorBidi" w:cstheme="majorBidi"/>
                <w:sz w:val="24"/>
                <w:szCs w:val="24"/>
              </w:rPr>
            </w:r>
            <w:proofErr w:type="gramEnd"/>
            <w:r w:rsidRPr="00383DBC">
              <w:rPr>
                <w:rFonts w:asciiTheme="majorBidi" w:hAnsiTheme="majorBidi" w:cstheme="majorBidi"/>
                <w:sz w:val="24"/>
                <w:szCs w:val="24"/>
              </w:rPr>
            </w:r>
          </w:p>
        </w:tc>
      </w:tr>
    </w:tbl>
    <w:p w14:paraId="601D7DA2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383DBC">
        <w:rPr>
          <w:rFonts w:asciiTheme="majorBidi" w:hAnsiTheme="majorBidi"/>
          <w:sz w:val="24"/>
          <w:szCs w:val="24"/>
        </w:rPr>
        <w:t>3  Conectar y actuar</w:t>
      </w:r>
      <w:proofErr w:type="gramEnd"/>
      <w:r w:rsidRPr="00383DBC">
        <w:rPr>
          <w:rFonts w:asciiTheme="majorBidi" w:hAnsiTheme="majorBidi"/>
          <w:sz w:val="24"/>
          <w:szCs w:val="24"/>
        </w:rPr>
      </w:r>
    </w:p>
    <w:p w14:paraId="6669A0EB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Invita a un compañero o compañera a responder. Tú decides qué comentarios te resultan útiles.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5832"/>
      </w:tblGrid>
      <w:tr w:rsidR="00C554DD" w:rsidRPr="00383DBC" w14:paraId="111B52FE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D4F34E1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Respuesta de un compañero o compañera</w:t>
            </w:r>
          </w:p>
        </w:tc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2AC8FF3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Lo que escuché</w:t>
            </w:r>
          </w:p>
        </w:tc>
      </w:tr>
      <w:tr w:rsidR="00C554DD" w:rsidRPr="00383DBC" w14:paraId="0F634A9E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04B9B76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Escucho que te importa...</w:t>
            </w:r>
          </w:p>
        </w:tc>
        <w:tc>
          <w:tcPr>
            <w:tcW w:w="583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F97D8C1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590103A2" w14:textId="77777777">
        <w:trPr>
          <w:jc w:val="center"/>
        </w:trPr>
        <w:tc>
          <w:tcPr>
            <w:tcW w:w="4320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F325574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Puedo imaginarte...</w:t>
            </w:r>
          </w:p>
        </w:tc>
        <w:tc>
          <w:tcPr>
            <w:tcW w:w="5832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9053CF9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1D979912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6F53C57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Me pregunto si quieres decir más sobre...</w:t>
            </w:r>
          </w:p>
        </w:tc>
        <w:tc>
          <w:tcPr>
            <w:tcW w:w="583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59188AF4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BD806A1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Revisa una frase poco clara o fortalece una parte de tu visión.</w:t>
      </w:r>
    </w:p>
    <w:p w14:paraId="09832615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758B412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100D21B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7893F28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748CA34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E822394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383DBC">
        <w:rPr>
          <w:rFonts w:asciiTheme="majorBidi" w:hAnsiTheme="majorBidi"/>
          <w:sz w:val="24"/>
          <w:szCs w:val="24"/>
        </w:rPr>
        <w:t>Un paso ahora</w:t>
      </w:r>
    </w:p>
    <w:p w14:paraId="219BB3D1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¿Qué pequeña acción puedes realizar la próxima semana que permita a alguien ver que tu visión comienza a cobrar vida?</w:t>
      </w:r>
    </w:p>
    <w:p w14:paraId="6D4E249A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9DF135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DF4EF8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89502FA" w14:textId="77777777" w:rsidR="00C554DD" w:rsidRPr="00383DBC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Haré esto el día o antes del: </w:t>
      </w:r>
      <w:r w:rsidRPr="00383DBC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77A005DC" w14:textId="77777777" w:rsidR="00C554DD" w:rsidRPr="00383DBC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El lugar o la situación será: </w:t>
      </w:r>
      <w:r w:rsidRPr="00383DBC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510DCF58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383DBC">
        <w:rPr>
          <w:rFonts w:asciiTheme="majorBidi" w:hAnsiTheme="majorBidi"/>
          <w:sz w:val="24"/>
          <w:szCs w:val="24"/>
        </w:rPr>
        <w:t>Reflexión de cierre</w:t>
      </w:r>
    </w:p>
    <w:p w14:paraId="19D83791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Mi proyecto de investigación para la acción puede ayudarme a practicar mi visión al...</w:t>
      </w:r>
    </w:p>
    <w:p w14:paraId="16D86BED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7B12A0F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2A73573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3BA58DD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A través de estas cinco experiencias, algo que ahora entiendo sobre mí como líder cívico es...</w:t>
      </w:r>
    </w:p>
    <w:p w14:paraId="2EEFF93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7379DA6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BA7C2C5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DE7D4C3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sectPr w:rsidR="00C554DD" w:rsidRPr="00383DBC" w:rsidSect="00034616">
      <w:footerReference w:type="default" r:id="rId8"/>
      <w:headerReference w:type="default" r:id="rId11"/>
      <w:headerReference w:type="first" r:id="rId12"/>
      <w:footerReference w:type="first" r:id="rId13"/>
      <w:headerReference w:type="even" r:id="rId14"/>
      <w:footerReference w:type="even" r:id="rId15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2E653" w14:textId="77777777" w:rsidR="00B45B48" w:rsidRDefault="00B45B48">
      <w:pPr>
        <w:spacing w:after="0" w:line="240" w:lineRule="auto"/>
      </w:pPr>
      <w:r>
        <w:separator/>
      </w:r>
    </w:p>
  </w:endnote>
  <w:endnote w:type="continuationSeparator" w:id="0">
    <w:p w14:paraId="77744260" w14:textId="77777777" w:rsidR="00B45B48" w:rsidRDefault="00B45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9A01D" w14:textId="77777777" w:rsidR="00C554DD" w:rsidRDefault="00000000">
    <w:pPr>
      <w:pStyle w:val="Footer"/>
      <w:jc w:val="center"/>
    </w:pPr>
    <w:r>
      <w:rPr>
        <w:color w:val="5A5A5A"/>
        <w:sz w:val="16"/>
      </w:rPr>
      <w:t>Universidad DePaul  |  Facultad de Educación  |  Programa CLA  |  Guía del estudiante 5</w:t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D12CD" w14:textId="77777777" w:rsidR="00B45B48" w:rsidRDefault="00B45B48">
      <w:pPr>
        <w:spacing w:after="0" w:line="240" w:lineRule="auto"/>
      </w:pPr>
      <w:r>
        <w:separator/>
      </w:r>
    </w:p>
  </w:footnote>
  <w:footnote w:type="continuationSeparator" w:id="0">
    <w:p w14:paraId="3A9DBC8C" w14:textId="77777777" w:rsidR="00B45B48" w:rsidRDefault="00B45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2898392">
    <w:abstractNumId w:val="8"/>
  </w:num>
  <w:num w:numId="2" w16cid:durableId="460610848">
    <w:abstractNumId w:val="6"/>
  </w:num>
  <w:num w:numId="3" w16cid:durableId="157887500">
    <w:abstractNumId w:val="5"/>
  </w:num>
  <w:num w:numId="4" w16cid:durableId="420223592">
    <w:abstractNumId w:val="4"/>
  </w:num>
  <w:num w:numId="5" w16cid:durableId="1875582552">
    <w:abstractNumId w:val="7"/>
  </w:num>
  <w:num w:numId="6" w16cid:durableId="129831994">
    <w:abstractNumId w:val="3"/>
  </w:num>
  <w:num w:numId="7" w16cid:durableId="1487433584">
    <w:abstractNumId w:val="2"/>
  </w:num>
  <w:num w:numId="8" w16cid:durableId="128591487">
    <w:abstractNumId w:val="1"/>
  </w:num>
  <w:num w:numId="9" w16cid:durableId="161555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3DBC"/>
    <w:rsid w:val="00AA1D8D"/>
    <w:rsid w:val="00B45B48"/>
    <w:rsid w:val="00B47730"/>
    <w:rsid w:val="00C554DD"/>
    <w:rsid w:val="00CB0664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3BC515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2013-12-23T23:15:00Z</dcterms:created>
  <dcterms:modified xsi:type="dcterms:W3CDTF">2026-09-11T02:24:00Z</dcterms:modified>
  <cp:category/>
</cp:coreProperties>
</file>