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Contacting People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Use a school or teacher-approved way to contact a person or organization. Do not include personal home contact information.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C-MSCL Civic Leadership Curriculum  |  Writable student resource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SCHOOL OR GROUP NAME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DATE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PERSON OR ORGANIZATION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WHAT WE HOPE TO LEARN OR ASK FOR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DRAFT MESSAGE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TEAM CONTACT INFORMATION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Save a copy with your name or team name before sharing.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