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Issue Assessment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Use this with your team to name an issue, gather what you know, and decide what you need to find out.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C-MSCL Civic Leadership Curriculum  |  Writable student resource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THE ISSUE WE ARE NOTICING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WHY THIS MATTERS TO US OR OUR COMMUNITY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96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What we think we know</w:t>
            </w:r>
          </w:p>
        </w:tc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96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What we need to find out</w:t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OUR FIRST NEXT STEP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Save a copy with your name or team name before sharing.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